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63702" w14:textId="77777777" w:rsidR="007857D9" w:rsidRDefault="00000000">
      <w:pPr>
        <w:jc w:val="center"/>
      </w:pPr>
      <w:r>
        <w:rPr>
          <w:noProof/>
        </w:rPr>
        <w:drawing>
          <wp:inline distT="0" distB="0" distL="0" distR="0" wp14:anchorId="3EFF04FA" wp14:editId="586EAEC7">
            <wp:extent cx="3840480" cy="1920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LOGOFINAL(2).png"/>
                    <pic:cNvPicPr/>
                  </pic:nvPicPr>
                  <pic:blipFill>
                    <a:blip r:embed="rId8"/>
                    <a:stretch>
                      <a:fillRect/>
                    </a:stretch>
                  </pic:blipFill>
                  <pic:spPr>
                    <a:xfrm>
                      <a:off x="0" y="0"/>
                      <a:ext cx="3840480" cy="1920240"/>
                    </a:xfrm>
                    <a:prstGeom prst="rect">
                      <a:avLst/>
                    </a:prstGeom>
                  </pic:spPr>
                </pic:pic>
              </a:graphicData>
            </a:graphic>
          </wp:inline>
        </w:drawing>
      </w:r>
    </w:p>
    <w:p w14:paraId="6A793BDD" w14:textId="77777777" w:rsidR="007857D9" w:rsidRDefault="00000000">
      <w:pPr>
        <w:jc w:val="center"/>
      </w:pPr>
      <w:r>
        <w:rPr>
          <w:b/>
          <w:sz w:val="30"/>
        </w:rPr>
        <w:t>FACILITY RENTAL AGREEMENT &amp; POLICIES</w:t>
      </w:r>
    </w:p>
    <w:p w14:paraId="47FA7BF4" w14:textId="77777777" w:rsidR="007857D9" w:rsidRDefault="00000000">
      <w:pPr>
        <w:jc w:val="center"/>
      </w:pPr>
      <w:r>
        <w:rPr>
          <w:b/>
        </w:rPr>
        <w:t>102 NE Street • Edna, Texas 77957</w:t>
      </w:r>
      <w:r>
        <w:rPr>
          <w:b/>
        </w:rPr>
        <w:br/>
      </w:r>
      <w:r>
        <w:t>Office: 361-433-5050 • Emergency Only: 386-301-9996 • info@getmygp.com</w:t>
      </w:r>
    </w:p>
    <w:p w14:paraId="6F722457" w14:textId="77777777" w:rsidR="007857D9" w:rsidRPr="0064110A" w:rsidRDefault="00000000">
      <w:pPr>
        <w:pStyle w:val="Heading2"/>
        <w:rPr>
          <w:color w:val="auto"/>
        </w:rPr>
      </w:pPr>
      <w:r w:rsidRPr="0064110A">
        <w:rPr>
          <w:color w:val="auto"/>
        </w:rPr>
        <w:t>Welcome</w:t>
      </w:r>
    </w:p>
    <w:p w14:paraId="08E9229B" w14:textId="77777777" w:rsidR="007857D9" w:rsidRDefault="00000000">
      <w:r>
        <w:t>Thank you for choosing The Gathering Place. This agreement is designed to provide a smooth rental experience while protecting both you and our facility.</w:t>
      </w:r>
    </w:p>
    <w:p w14:paraId="72E157AB" w14:textId="77777777" w:rsidR="007857D9" w:rsidRPr="0064110A" w:rsidRDefault="00000000">
      <w:pPr>
        <w:pStyle w:val="Heading2"/>
        <w:rPr>
          <w:color w:val="auto"/>
        </w:rPr>
      </w:pPr>
      <w:r w:rsidRPr="0064110A">
        <w:rPr>
          <w:color w:val="auto"/>
        </w:rPr>
        <w:t>Renter Information</w:t>
      </w:r>
    </w:p>
    <w:tbl>
      <w:tblPr>
        <w:tblStyle w:val="TableGrid"/>
        <w:tblW w:w="0" w:type="auto"/>
        <w:tblLook w:val="04A0" w:firstRow="1" w:lastRow="0" w:firstColumn="1" w:lastColumn="0" w:noHBand="0" w:noVBand="1"/>
      </w:tblPr>
      <w:tblGrid>
        <w:gridCol w:w="5468"/>
        <w:gridCol w:w="5466"/>
      </w:tblGrid>
      <w:tr w:rsidR="007857D9" w14:paraId="668BD540" w14:textId="77777777">
        <w:tc>
          <w:tcPr>
            <w:tcW w:w="5472" w:type="dxa"/>
          </w:tcPr>
          <w:p w14:paraId="49ED2046" w14:textId="77777777" w:rsidR="007857D9" w:rsidRDefault="00000000">
            <w:r>
              <w:t>Renter Name</w:t>
            </w:r>
          </w:p>
        </w:tc>
        <w:tc>
          <w:tcPr>
            <w:tcW w:w="5472" w:type="dxa"/>
          </w:tcPr>
          <w:p w14:paraId="28FBFFAA" w14:textId="77777777" w:rsidR="009233D4" w:rsidRDefault="009233D4"/>
        </w:tc>
      </w:tr>
      <w:tr w:rsidR="007857D9" w14:paraId="60042A5B" w14:textId="77777777">
        <w:tc>
          <w:tcPr>
            <w:tcW w:w="5472" w:type="dxa"/>
          </w:tcPr>
          <w:p w14:paraId="1D80F6CE" w14:textId="77777777" w:rsidR="007857D9" w:rsidRDefault="00000000">
            <w:r>
              <w:t>Phone</w:t>
            </w:r>
          </w:p>
        </w:tc>
        <w:tc>
          <w:tcPr>
            <w:tcW w:w="5472" w:type="dxa"/>
          </w:tcPr>
          <w:p w14:paraId="77890EA8" w14:textId="77777777" w:rsidR="009233D4" w:rsidRDefault="009233D4"/>
        </w:tc>
      </w:tr>
      <w:tr w:rsidR="007857D9" w14:paraId="6C8BD258" w14:textId="77777777">
        <w:tc>
          <w:tcPr>
            <w:tcW w:w="5472" w:type="dxa"/>
          </w:tcPr>
          <w:p w14:paraId="1AD9D17C" w14:textId="77777777" w:rsidR="007857D9" w:rsidRDefault="00000000">
            <w:r>
              <w:t>Email</w:t>
            </w:r>
          </w:p>
        </w:tc>
        <w:tc>
          <w:tcPr>
            <w:tcW w:w="5472" w:type="dxa"/>
          </w:tcPr>
          <w:p w14:paraId="31462F28" w14:textId="77777777" w:rsidR="009233D4" w:rsidRDefault="009233D4"/>
        </w:tc>
      </w:tr>
      <w:tr w:rsidR="007857D9" w14:paraId="6A8768BB" w14:textId="77777777">
        <w:tc>
          <w:tcPr>
            <w:tcW w:w="5472" w:type="dxa"/>
          </w:tcPr>
          <w:p w14:paraId="4B115861" w14:textId="77777777" w:rsidR="007857D9" w:rsidRDefault="00000000">
            <w:r>
              <w:t>Address</w:t>
            </w:r>
          </w:p>
        </w:tc>
        <w:tc>
          <w:tcPr>
            <w:tcW w:w="5472" w:type="dxa"/>
          </w:tcPr>
          <w:p w14:paraId="737855FB" w14:textId="77777777" w:rsidR="009233D4" w:rsidRDefault="009233D4"/>
        </w:tc>
      </w:tr>
      <w:tr w:rsidR="007857D9" w14:paraId="388F54B7" w14:textId="77777777">
        <w:tc>
          <w:tcPr>
            <w:tcW w:w="5472" w:type="dxa"/>
          </w:tcPr>
          <w:p w14:paraId="67C9B329" w14:textId="77777777" w:rsidR="007857D9" w:rsidRDefault="00000000">
            <w:r>
              <w:t>City/State/Zip</w:t>
            </w:r>
          </w:p>
        </w:tc>
        <w:tc>
          <w:tcPr>
            <w:tcW w:w="5472" w:type="dxa"/>
          </w:tcPr>
          <w:p w14:paraId="3FEB14F2" w14:textId="77777777" w:rsidR="009233D4" w:rsidRDefault="009233D4"/>
        </w:tc>
      </w:tr>
    </w:tbl>
    <w:p w14:paraId="6DB1D149" w14:textId="77777777" w:rsidR="007857D9" w:rsidRPr="0064110A" w:rsidRDefault="00000000">
      <w:pPr>
        <w:pStyle w:val="Heading2"/>
        <w:rPr>
          <w:color w:val="auto"/>
        </w:rPr>
      </w:pPr>
      <w:r w:rsidRPr="0064110A">
        <w:rPr>
          <w:color w:val="auto"/>
        </w:rPr>
        <w:t>Event Information</w:t>
      </w:r>
    </w:p>
    <w:tbl>
      <w:tblPr>
        <w:tblStyle w:val="TableGrid"/>
        <w:tblW w:w="0" w:type="auto"/>
        <w:tblLook w:val="04A0" w:firstRow="1" w:lastRow="0" w:firstColumn="1" w:lastColumn="0" w:noHBand="0" w:noVBand="1"/>
      </w:tblPr>
      <w:tblGrid>
        <w:gridCol w:w="5467"/>
        <w:gridCol w:w="5467"/>
      </w:tblGrid>
      <w:tr w:rsidR="007857D9" w14:paraId="2D0841EE" w14:textId="77777777">
        <w:tc>
          <w:tcPr>
            <w:tcW w:w="5472" w:type="dxa"/>
          </w:tcPr>
          <w:p w14:paraId="59B6D16F" w14:textId="77777777" w:rsidR="007857D9" w:rsidRDefault="00000000">
            <w:r>
              <w:t>Event Date</w:t>
            </w:r>
          </w:p>
        </w:tc>
        <w:tc>
          <w:tcPr>
            <w:tcW w:w="5472" w:type="dxa"/>
          </w:tcPr>
          <w:p w14:paraId="558D692A" w14:textId="77777777" w:rsidR="009233D4" w:rsidRDefault="009233D4"/>
        </w:tc>
      </w:tr>
      <w:tr w:rsidR="007857D9" w14:paraId="08570FFE" w14:textId="77777777">
        <w:tc>
          <w:tcPr>
            <w:tcW w:w="5472" w:type="dxa"/>
          </w:tcPr>
          <w:p w14:paraId="30D620DA" w14:textId="77777777" w:rsidR="007857D9" w:rsidRDefault="00000000">
            <w:r>
              <w:t>Rental Time</w:t>
            </w:r>
          </w:p>
        </w:tc>
        <w:tc>
          <w:tcPr>
            <w:tcW w:w="5472" w:type="dxa"/>
          </w:tcPr>
          <w:p w14:paraId="21B7196C" w14:textId="77777777" w:rsidR="009233D4" w:rsidRDefault="009233D4"/>
        </w:tc>
      </w:tr>
      <w:tr w:rsidR="007857D9" w14:paraId="50FDC3DA" w14:textId="77777777">
        <w:tc>
          <w:tcPr>
            <w:tcW w:w="5472" w:type="dxa"/>
          </w:tcPr>
          <w:p w14:paraId="0F0D28E4" w14:textId="77777777" w:rsidR="007857D9" w:rsidRDefault="00000000">
            <w:r>
              <w:t>Event Type</w:t>
            </w:r>
          </w:p>
        </w:tc>
        <w:tc>
          <w:tcPr>
            <w:tcW w:w="5472" w:type="dxa"/>
          </w:tcPr>
          <w:p w14:paraId="06E66D5A" w14:textId="77777777" w:rsidR="009233D4" w:rsidRDefault="009233D4"/>
        </w:tc>
      </w:tr>
      <w:tr w:rsidR="007857D9" w14:paraId="25664B11" w14:textId="77777777">
        <w:tc>
          <w:tcPr>
            <w:tcW w:w="5472" w:type="dxa"/>
          </w:tcPr>
          <w:p w14:paraId="324F57D7" w14:textId="77777777" w:rsidR="007857D9" w:rsidRDefault="00000000">
            <w:r>
              <w:t>Estimated Guests</w:t>
            </w:r>
          </w:p>
        </w:tc>
        <w:tc>
          <w:tcPr>
            <w:tcW w:w="5472" w:type="dxa"/>
          </w:tcPr>
          <w:p w14:paraId="28E99E2F" w14:textId="77777777" w:rsidR="009233D4" w:rsidRDefault="009233D4"/>
        </w:tc>
      </w:tr>
      <w:tr w:rsidR="007857D9" w14:paraId="392A2294" w14:textId="77777777">
        <w:tc>
          <w:tcPr>
            <w:tcW w:w="5472" w:type="dxa"/>
          </w:tcPr>
          <w:p w14:paraId="605A846B" w14:textId="77777777" w:rsidR="007857D9" w:rsidRDefault="00000000">
            <w:r>
              <w:t>Maximum Occupancy</w:t>
            </w:r>
          </w:p>
        </w:tc>
        <w:tc>
          <w:tcPr>
            <w:tcW w:w="5472" w:type="dxa"/>
          </w:tcPr>
          <w:p w14:paraId="0B96F463" w14:textId="77777777" w:rsidR="009233D4" w:rsidRDefault="00000000">
            <w:r>
              <w:t>50 Guests</w:t>
            </w:r>
          </w:p>
        </w:tc>
      </w:tr>
    </w:tbl>
    <w:p w14:paraId="207D4C7A" w14:textId="77777777" w:rsidR="007857D9" w:rsidRPr="0064110A" w:rsidRDefault="00000000">
      <w:pPr>
        <w:pStyle w:val="Heading2"/>
        <w:rPr>
          <w:color w:val="auto"/>
        </w:rPr>
      </w:pPr>
      <w:r w:rsidRPr="0064110A">
        <w:rPr>
          <w:color w:val="auto"/>
        </w:rPr>
        <w:t>Select Your Rental Package</w:t>
      </w:r>
    </w:p>
    <w:p w14:paraId="01EBAD74" w14:textId="77777777" w:rsidR="007857D9" w:rsidRDefault="00000000">
      <w:r>
        <w:t>☐ SPACE ONLY RENTAL PACKAGE</w:t>
      </w:r>
      <w:r>
        <w:br/>
        <w:t>Reserved Facility Space • Tables &amp; Chairs • Restroom Access</w:t>
      </w:r>
    </w:p>
    <w:p w14:paraId="4969F968" w14:textId="77777777" w:rsidR="007857D9" w:rsidRDefault="00000000">
      <w:r>
        <w:t>☐ FULL EXPERIENCE RENTAL PACKAGE</w:t>
      </w:r>
      <w:r>
        <w:br/>
        <w:t>Everything above plus unlimited access to available games and amenities.</w:t>
      </w:r>
    </w:p>
    <w:p w14:paraId="0191E274" w14:textId="77777777" w:rsidR="007857D9" w:rsidRPr="0064110A" w:rsidRDefault="00000000">
      <w:pPr>
        <w:pStyle w:val="Heading2"/>
        <w:rPr>
          <w:color w:val="auto"/>
        </w:rPr>
      </w:pPr>
      <w:r w:rsidRPr="0064110A">
        <w:rPr>
          <w:color w:val="auto"/>
        </w:rPr>
        <w:t>Amenities Included</w:t>
      </w:r>
    </w:p>
    <w:p w14:paraId="54A93430" w14:textId="77777777" w:rsidR="007857D9" w:rsidRDefault="00000000">
      <w:r>
        <w:t xml:space="preserve">Five Smart TVs • Pool Table • Air Hockey • </w:t>
      </w:r>
      <w:proofErr w:type="spellStart"/>
      <w:r>
        <w:t>Skee</w:t>
      </w:r>
      <w:proofErr w:type="spellEnd"/>
      <w:r>
        <w:t>-Ball • Electronic Darts • Xbox • Karaoke • Interactive Golf • Basketball Arcade • Ping Pong • Cornhole • Foosball • Board Games • Outdoor Activities</w:t>
      </w:r>
    </w:p>
    <w:p w14:paraId="7A43EA2E" w14:textId="77777777" w:rsidR="007857D9" w:rsidRPr="0064110A" w:rsidRDefault="00000000">
      <w:pPr>
        <w:pStyle w:val="Heading2"/>
        <w:rPr>
          <w:color w:val="auto"/>
        </w:rPr>
      </w:pPr>
      <w:r w:rsidRPr="0064110A">
        <w:rPr>
          <w:color w:val="auto"/>
        </w:rPr>
        <w:t>Rental Rates</w:t>
      </w:r>
    </w:p>
    <w:tbl>
      <w:tblPr>
        <w:tblStyle w:val="TableGrid"/>
        <w:tblW w:w="0" w:type="auto"/>
        <w:tblLook w:val="04A0" w:firstRow="1" w:lastRow="0" w:firstColumn="1" w:lastColumn="0" w:noHBand="0" w:noVBand="1"/>
      </w:tblPr>
      <w:tblGrid>
        <w:gridCol w:w="3644"/>
        <w:gridCol w:w="3645"/>
        <w:gridCol w:w="3645"/>
      </w:tblGrid>
      <w:tr w:rsidR="007857D9" w14:paraId="1F995C7D" w14:textId="77777777">
        <w:tc>
          <w:tcPr>
            <w:tcW w:w="3648" w:type="dxa"/>
          </w:tcPr>
          <w:p w14:paraId="1A7BDCBA" w14:textId="77777777" w:rsidR="007857D9" w:rsidRDefault="00000000">
            <w:r>
              <w:t>Rental Time</w:t>
            </w:r>
          </w:p>
        </w:tc>
        <w:tc>
          <w:tcPr>
            <w:tcW w:w="3648" w:type="dxa"/>
          </w:tcPr>
          <w:p w14:paraId="1CCF8258" w14:textId="77777777" w:rsidR="007857D9" w:rsidRDefault="00000000">
            <w:r>
              <w:t>Weekday</w:t>
            </w:r>
          </w:p>
        </w:tc>
        <w:tc>
          <w:tcPr>
            <w:tcW w:w="3648" w:type="dxa"/>
          </w:tcPr>
          <w:p w14:paraId="5FC83B57" w14:textId="77777777" w:rsidR="007857D9" w:rsidRDefault="00000000">
            <w:r>
              <w:t>Weekend</w:t>
            </w:r>
          </w:p>
        </w:tc>
      </w:tr>
      <w:tr w:rsidR="007857D9" w14:paraId="4C1D3737" w14:textId="77777777">
        <w:tc>
          <w:tcPr>
            <w:tcW w:w="3648" w:type="dxa"/>
          </w:tcPr>
          <w:p w14:paraId="597DDFC1" w14:textId="77777777" w:rsidR="007857D9" w:rsidRDefault="00000000">
            <w:r>
              <w:t>2 Hours</w:t>
            </w:r>
          </w:p>
        </w:tc>
        <w:tc>
          <w:tcPr>
            <w:tcW w:w="3648" w:type="dxa"/>
          </w:tcPr>
          <w:p w14:paraId="4CFDDFBB" w14:textId="77777777" w:rsidR="007857D9" w:rsidRDefault="00000000">
            <w:r>
              <w:t>$75</w:t>
            </w:r>
          </w:p>
        </w:tc>
        <w:tc>
          <w:tcPr>
            <w:tcW w:w="3648" w:type="dxa"/>
          </w:tcPr>
          <w:p w14:paraId="427CE2FF" w14:textId="77777777" w:rsidR="007857D9" w:rsidRDefault="00000000">
            <w:r>
              <w:t>$99</w:t>
            </w:r>
          </w:p>
        </w:tc>
      </w:tr>
      <w:tr w:rsidR="007857D9" w14:paraId="634A172D" w14:textId="77777777">
        <w:tc>
          <w:tcPr>
            <w:tcW w:w="3648" w:type="dxa"/>
          </w:tcPr>
          <w:p w14:paraId="17DC0602" w14:textId="77777777" w:rsidR="007857D9" w:rsidRDefault="00000000">
            <w:r>
              <w:t>4 Hours</w:t>
            </w:r>
          </w:p>
        </w:tc>
        <w:tc>
          <w:tcPr>
            <w:tcW w:w="3648" w:type="dxa"/>
          </w:tcPr>
          <w:p w14:paraId="6EDF4A13" w14:textId="77777777" w:rsidR="007857D9" w:rsidRDefault="00000000">
            <w:r>
              <w:t>$125</w:t>
            </w:r>
          </w:p>
        </w:tc>
        <w:tc>
          <w:tcPr>
            <w:tcW w:w="3648" w:type="dxa"/>
          </w:tcPr>
          <w:p w14:paraId="0729A275" w14:textId="77777777" w:rsidR="007857D9" w:rsidRDefault="00000000">
            <w:r>
              <w:t>$175</w:t>
            </w:r>
          </w:p>
        </w:tc>
      </w:tr>
      <w:tr w:rsidR="007857D9" w14:paraId="2D95B385" w14:textId="77777777">
        <w:tc>
          <w:tcPr>
            <w:tcW w:w="3648" w:type="dxa"/>
          </w:tcPr>
          <w:p w14:paraId="2C680DCA" w14:textId="77777777" w:rsidR="007857D9" w:rsidRDefault="00000000">
            <w:r>
              <w:t>6 Hours</w:t>
            </w:r>
          </w:p>
        </w:tc>
        <w:tc>
          <w:tcPr>
            <w:tcW w:w="3648" w:type="dxa"/>
          </w:tcPr>
          <w:p w14:paraId="2EE5BC33" w14:textId="77777777" w:rsidR="007857D9" w:rsidRDefault="00000000">
            <w:r>
              <w:t>$175</w:t>
            </w:r>
          </w:p>
        </w:tc>
        <w:tc>
          <w:tcPr>
            <w:tcW w:w="3648" w:type="dxa"/>
          </w:tcPr>
          <w:p w14:paraId="3E71C4BF" w14:textId="77777777" w:rsidR="007857D9" w:rsidRDefault="00000000">
            <w:r>
              <w:t>$225</w:t>
            </w:r>
          </w:p>
        </w:tc>
      </w:tr>
    </w:tbl>
    <w:p w14:paraId="6314D0E1" w14:textId="77777777" w:rsidR="007857D9" w:rsidRDefault="007857D9"/>
    <w:tbl>
      <w:tblPr>
        <w:tblStyle w:val="TableGrid"/>
        <w:tblW w:w="0" w:type="auto"/>
        <w:tblLook w:val="04A0" w:firstRow="1" w:lastRow="0" w:firstColumn="1" w:lastColumn="0" w:noHBand="0" w:noVBand="1"/>
      </w:tblPr>
      <w:tblGrid>
        <w:gridCol w:w="3644"/>
        <w:gridCol w:w="3645"/>
        <w:gridCol w:w="3645"/>
      </w:tblGrid>
      <w:tr w:rsidR="007857D9" w14:paraId="351DDFD8" w14:textId="77777777">
        <w:tc>
          <w:tcPr>
            <w:tcW w:w="3648" w:type="dxa"/>
          </w:tcPr>
          <w:p w14:paraId="309E203B" w14:textId="77777777" w:rsidR="007857D9" w:rsidRDefault="00000000">
            <w:r>
              <w:t>Full Experience</w:t>
            </w:r>
          </w:p>
        </w:tc>
        <w:tc>
          <w:tcPr>
            <w:tcW w:w="3648" w:type="dxa"/>
          </w:tcPr>
          <w:p w14:paraId="3D473EC4" w14:textId="77777777" w:rsidR="007857D9" w:rsidRDefault="00000000">
            <w:r>
              <w:t>Weekday</w:t>
            </w:r>
          </w:p>
        </w:tc>
        <w:tc>
          <w:tcPr>
            <w:tcW w:w="3648" w:type="dxa"/>
          </w:tcPr>
          <w:p w14:paraId="713FBC0B" w14:textId="77777777" w:rsidR="007857D9" w:rsidRDefault="00000000">
            <w:r>
              <w:t>Weekend</w:t>
            </w:r>
          </w:p>
        </w:tc>
      </w:tr>
      <w:tr w:rsidR="007857D9" w14:paraId="60C41256" w14:textId="77777777">
        <w:tc>
          <w:tcPr>
            <w:tcW w:w="3648" w:type="dxa"/>
          </w:tcPr>
          <w:p w14:paraId="56212008" w14:textId="77777777" w:rsidR="007857D9" w:rsidRDefault="00000000">
            <w:r>
              <w:t>2 Hours</w:t>
            </w:r>
          </w:p>
        </w:tc>
        <w:tc>
          <w:tcPr>
            <w:tcW w:w="3648" w:type="dxa"/>
          </w:tcPr>
          <w:p w14:paraId="4FD6C672" w14:textId="77777777" w:rsidR="007857D9" w:rsidRDefault="00000000">
            <w:r>
              <w:t>$150</w:t>
            </w:r>
          </w:p>
        </w:tc>
        <w:tc>
          <w:tcPr>
            <w:tcW w:w="3648" w:type="dxa"/>
          </w:tcPr>
          <w:p w14:paraId="7D87E0B2" w14:textId="77777777" w:rsidR="007857D9" w:rsidRDefault="00000000">
            <w:r>
              <w:t>$175</w:t>
            </w:r>
          </w:p>
        </w:tc>
      </w:tr>
      <w:tr w:rsidR="007857D9" w14:paraId="402D8BF4" w14:textId="77777777">
        <w:tc>
          <w:tcPr>
            <w:tcW w:w="3648" w:type="dxa"/>
          </w:tcPr>
          <w:p w14:paraId="5D0048E1" w14:textId="77777777" w:rsidR="007857D9" w:rsidRDefault="00000000">
            <w:r>
              <w:t>4 Hours</w:t>
            </w:r>
          </w:p>
        </w:tc>
        <w:tc>
          <w:tcPr>
            <w:tcW w:w="3648" w:type="dxa"/>
          </w:tcPr>
          <w:p w14:paraId="6EF8BF32" w14:textId="77777777" w:rsidR="007857D9" w:rsidRDefault="00000000">
            <w:r>
              <w:t>$200</w:t>
            </w:r>
          </w:p>
        </w:tc>
        <w:tc>
          <w:tcPr>
            <w:tcW w:w="3648" w:type="dxa"/>
          </w:tcPr>
          <w:p w14:paraId="57CBCABD" w14:textId="77777777" w:rsidR="007857D9" w:rsidRDefault="00000000">
            <w:r>
              <w:t>$250</w:t>
            </w:r>
          </w:p>
        </w:tc>
      </w:tr>
      <w:tr w:rsidR="007857D9" w14:paraId="087E8AA8" w14:textId="77777777">
        <w:tc>
          <w:tcPr>
            <w:tcW w:w="3648" w:type="dxa"/>
          </w:tcPr>
          <w:p w14:paraId="2E5EDA92" w14:textId="77777777" w:rsidR="007857D9" w:rsidRDefault="00000000">
            <w:r>
              <w:t>6 Hours</w:t>
            </w:r>
          </w:p>
        </w:tc>
        <w:tc>
          <w:tcPr>
            <w:tcW w:w="3648" w:type="dxa"/>
          </w:tcPr>
          <w:p w14:paraId="07F3DF18" w14:textId="77777777" w:rsidR="007857D9" w:rsidRDefault="00000000">
            <w:r>
              <w:t>$250</w:t>
            </w:r>
          </w:p>
        </w:tc>
        <w:tc>
          <w:tcPr>
            <w:tcW w:w="3648" w:type="dxa"/>
          </w:tcPr>
          <w:p w14:paraId="31C25D35" w14:textId="77777777" w:rsidR="007857D9" w:rsidRDefault="00000000">
            <w:r>
              <w:t>$300</w:t>
            </w:r>
          </w:p>
        </w:tc>
      </w:tr>
    </w:tbl>
    <w:p w14:paraId="7999FEAF" w14:textId="77777777" w:rsidR="007857D9" w:rsidRPr="0064110A" w:rsidRDefault="00000000">
      <w:pPr>
        <w:pStyle w:val="Heading2"/>
        <w:rPr>
          <w:color w:val="auto"/>
        </w:rPr>
      </w:pPr>
      <w:r w:rsidRPr="0064110A">
        <w:rPr>
          <w:color w:val="auto"/>
        </w:rPr>
        <w:t>Optional Add-Ons</w:t>
      </w:r>
    </w:p>
    <w:tbl>
      <w:tblPr>
        <w:tblStyle w:val="TableGrid"/>
        <w:tblW w:w="0" w:type="auto"/>
        <w:tblLook w:val="04A0" w:firstRow="1" w:lastRow="0" w:firstColumn="1" w:lastColumn="0" w:noHBand="0" w:noVBand="1"/>
      </w:tblPr>
      <w:tblGrid>
        <w:gridCol w:w="5467"/>
        <w:gridCol w:w="5467"/>
      </w:tblGrid>
      <w:tr w:rsidR="007857D9" w14:paraId="0919BDAC" w14:textId="77777777">
        <w:tc>
          <w:tcPr>
            <w:tcW w:w="5472" w:type="dxa"/>
          </w:tcPr>
          <w:p w14:paraId="23CC6D7F" w14:textId="77777777" w:rsidR="007857D9" w:rsidRDefault="00000000">
            <w:r>
              <w:t>Add-On</w:t>
            </w:r>
          </w:p>
        </w:tc>
        <w:tc>
          <w:tcPr>
            <w:tcW w:w="5472" w:type="dxa"/>
          </w:tcPr>
          <w:p w14:paraId="74916698" w14:textId="77777777" w:rsidR="007857D9" w:rsidRDefault="00000000">
            <w:r>
              <w:t>Price</w:t>
            </w:r>
          </w:p>
        </w:tc>
      </w:tr>
      <w:tr w:rsidR="007857D9" w14:paraId="717C4A36" w14:textId="77777777">
        <w:tc>
          <w:tcPr>
            <w:tcW w:w="5472" w:type="dxa"/>
          </w:tcPr>
          <w:p w14:paraId="3B8E2B0E" w14:textId="77777777" w:rsidR="007857D9" w:rsidRDefault="00000000">
            <w:r>
              <w:t>Early Access (30 min)</w:t>
            </w:r>
          </w:p>
        </w:tc>
        <w:tc>
          <w:tcPr>
            <w:tcW w:w="5472" w:type="dxa"/>
          </w:tcPr>
          <w:p w14:paraId="58167B12" w14:textId="77777777" w:rsidR="007857D9" w:rsidRDefault="00000000">
            <w:r>
              <w:t>$25</w:t>
            </w:r>
          </w:p>
        </w:tc>
      </w:tr>
      <w:tr w:rsidR="007857D9" w14:paraId="25F734A5" w14:textId="77777777">
        <w:tc>
          <w:tcPr>
            <w:tcW w:w="5472" w:type="dxa"/>
          </w:tcPr>
          <w:p w14:paraId="4837F04E" w14:textId="77777777" w:rsidR="007857D9" w:rsidRDefault="00000000">
            <w:r>
              <w:t>Additional 30 Minutes</w:t>
            </w:r>
          </w:p>
        </w:tc>
        <w:tc>
          <w:tcPr>
            <w:tcW w:w="5472" w:type="dxa"/>
          </w:tcPr>
          <w:p w14:paraId="250AAF63" w14:textId="77777777" w:rsidR="007857D9" w:rsidRDefault="00000000">
            <w:r>
              <w:t>$40</w:t>
            </w:r>
          </w:p>
        </w:tc>
      </w:tr>
      <w:tr w:rsidR="007857D9" w14:paraId="08A5434E" w14:textId="77777777">
        <w:tc>
          <w:tcPr>
            <w:tcW w:w="5472" w:type="dxa"/>
          </w:tcPr>
          <w:p w14:paraId="17AB62F4" w14:textId="77777777" w:rsidR="007857D9" w:rsidRDefault="00000000">
            <w:r>
              <w:t>Full Cleanup Service</w:t>
            </w:r>
          </w:p>
        </w:tc>
        <w:tc>
          <w:tcPr>
            <w:tcW w:w="5472" w:type="dxa"/>
          </w:tcPr>
          <w:p w14:paraId="24FFE948" w14:textId="77777777" w:rsidR="007857D9" w:rsidRDefault="00000000">
            <w:r>
              <w:t>$75</w:t>
            </w:r>
          </w:p>
        </w:tc>
      </w:tr>
    </w:tbl>
    <w:p w14:paraId="4713BA23" w14:textId="77777777" w:rsidR="007857D9" w:rsidRPr="0064110A" w:rsidRDefault="00000000">
      <w:pPr>
        <w:pStyle w:val="Heading2"/>
        <w:rPr>
          <w:color w:val="auto"/>
        </w:rPr>
      </w:pPr>
      <w:r w:rsidRPr="0064110A">
        <w:rPr>
          <w:color w:val="auto"/>
        </w:rPr>
        <w:t>BOOKING SUMMARY</w:t>
      </w:r>
    </w:p>
    <w:tbl>
      <w:tblPr>
        <w:tblStyle w:val="TableGrid"/>
        <w:tblW w:w="0" w:type="auto"/>
        <w:tblLook w:val="04A0" w:firstRow="1" w:lastRow="0" w:firstColumn="1" w:lastColumn="0" w:noHBand="0" w:noVBand="1"/>
      </w:tblPr>
      <w:tblGrid>
        <w:gridCol w:w="5467"/>
        <w:gridCol w:w="5467"/>
      </w:tblGrid>
      <w:tr w:rsidR="007857D9" w14:paraId="3F438FD7" w14:textId="77777777">
        <w:tc>
          <w:tcPr>
            <w:tcW w:w="5472" w:type="dxa"/>
          </w:tcPr>
          <w:p w14:paraId="5AD8B066" w14:textId="77777777" w:rsidR="007857D9" w:rsidRDefault="00000000">
            <w:r>
              <w:t>Rental Package</w:t>
            </w:r>
          </w:p>
        </w:tc>
        <w:tc>
          <w:tcPr>
            <w:tcW w:w="5472" w:type="dxa"/>
          </w:tcPr>
          <w:p w14:paraId="45F4112C" w14:textId="77777777" w:rsidR="007857D9" w:rsidRDefault="00000000">
            <w:r>
              <w:t>☐ Space Only ☐ Full Experience</w:t>
            </w:r>
          </w:p>
        </w:tc>
      </w:tr>
      <w:tr w:rsidR="007857D9" w14:paraId="1EDE852C" w14:textId="77777777">
        <w:tc>
          <w:tcPr>
            <w:tcW w:w="5472" w:type="dxa"/>
          </w:tcPr>
          <w:p w14:paraId="1DF1F031" w14:textId="77777777" w:rsidR="007857D9" w:rsidRDefault="00000000">
            <w:r>
              <w:t>Rental Fee</w:t>
            </w:r>
          </w:p>
        </w:tc>
        <w:tc>
          <w:tcPr>
            <w:tcW w:w="5472" w:type="dxa"/>
          </w:tcPr>
          <w:p w14:paraId="65984D68" w14:textId="77777777" w:rsidR="007857D9" w:rsidRDefault="00000000">
            <w:r>
              <w:t>$____________</w:t>
            </w:r>
          </w:p>
        </w:tc>
      </w:tr>
      <w:tr w:rsidR="007857D9" w14:paraId="49E1DBF6" w14:textId="77777777">
        <w:tc>
          <w:tcPr>
            <w:tcW w:w="5472" w:type="dxa"/>
          </w:tcPr>
          <w:p w14:paraId="59A79C29" w14:textId="77777777" w:rsidR="007857D9" w:rsidRDefault="00000000">
            <w:r>
              <w:t>Add-Ons</w:t>
            </w:r>
          </w:p>
        </w:tc>
        <w:tc>
          <w:tcPr>
            <w:tcW w:w="5472" w:type="dxa"/>
          </w:tcPr>
          <w:p w14:paraId="0E1EAD0F" w14:textId="77777777" w:rsidR="007857D9" w:rsidRDefault="00000000">
            <w:r>
              <w:t>$____________</w:t>
            </w:r>
          </w:p>
        </w:tc>
      </w:tr>
      <w:tr w:rsidR="007857D9" w14:paraId="21096AB3" w14:textId="77777777">
        <w:tc>
          <w:tcPr>
            <w:tcW w:w="5472" w:type="dxa"/>
          </w:tcPr>
          <w:p w14:paraId="78C03917" w14:textId="77777777" w:rsidR="007857D9" w:rsidRDefault="00000000">
            <w:r>
              <w:t>Reservation Payment</w:t>
            </w:r>
          </w:p>
        </w:tc>
        <w:tc>
          <w:tcPr>
            <w:tcW w:w="5472" w:type="dxa"/>
          </w:tcPr>
          <w:p w14:paraId="015B2790" w14:textId="77777777" w:rsidR="007857D9" w:rsidRDefault="00000000">
            <w:r>
              <w:t>$_____50.00_____</w:t>
            </w:r>
          </w:p>
        </w:tc>
      </w:tr>
      <w:tr w:rsidR="007857D9" w14:paraId="0F0FAFCD" w14:textId="77777777">
        <w:tc>
          <w:tcPr>
            <w:tcW w:w="5472" w:type="dxa"/>
          </w:tcPr>
          <w:p w14:paraId="014F0F07" w14:textId="77777777" w:rsidR="007857D9" w:rsidRDefault="00000000">
            <w:r>
              <w:t>Security Deposit</w:t>
            </w:r>
          </w:p>
        </w:tc>
        <w:tc>
          <w:tcPr>
            <w:tcW w:w="5472" w:type="dxa"/>
          </w:tcPr>
          <w:p w14:paraId="51002EC9" w14:textId="77777777" w:rsidR="007857D9" w:rsidRDefault="00000000">
            <w:r>
              <w:t>☐ $100 ☐ $</w:t>
            </w:r>
            <w:proofErr w:type="gramStart"/>
            <w:r>
              <w:t>150  $</w:t>
            </w:r>
            <w:proofErr w:type="gramEnd"/>
            <w:r>
              <w:t>________</w:t>
            </w:r>
          </w:p>
        </w:tc>
      </w:tr>
      <w:tr w:rsidR="007857D9" w14:paraId="59DDEEA6" w14:textId="77777777">
        <w:tc>
          <w:tcPr>
            <w:tcW w:w="5472" w:type="dxa"/>
          </w:tcPr>
          <w:p w14:paraId="67D7F97A" w14:textId="77777777" w:rsidR="007857D9" w:rsidRDefault="00000000">
            <w:r>
              <w:t>Balance Due</w:t>
            </w:r>
          </w:p>
        </w:tc>
        <w:tc>
          <w:tcPr>
            <w:tcW w:w="5472" w:type="dxa"/>
          </w:tcPr>
          <w:p w14:paraId="638AAB63" w14:textId="77777777" w:rsidR="007857D9" w:rsidRDefault="00000000">
            <w:r>
              <w:t>$____________</w:t>
            </w:r>
          </w:p>
        </w:tc>
      </w:tr>
    </w:tbl>
    <w:p w14:paraId="713FEDF9" w14:textId="77777777" w:rsidR="0064110A" w:rsidRDefault="0064110A">
      <w:pPr>
        <w:rPr>
          <w:b/>
        </w:rPr>
      </w:pPr>
    </w:p>
    <w:p w14:paraId="32192F8C" w14:textId="3E0F6FC7" w:rsidR="007857D9" w:rsidRDefault="00000000">
      <w:r>
        <w:rPr>
          <w:b/>
        </w:rPr>
        <w:t>IMPORTANT BOOKING INFORMATION</w:t>
      </w:r>
    </w:p>
    <w:p w14:paraId="0B41CE27" w14:textId="77777777" w:rsidR="007857D9" w:rsidRDefault="00000000">
      <w:r>
        <w:t>A $50.00 non-refundable Reservation Payment is required to reserve and secure your event date. It is applied toward your total rental balance.</w:t>
      </w:r>
    </w:p>
    <w:p w14:paraId="768E5BCC" w14:textId="77777777" w:rsidR="003960D8" w:rsidRPr="0064110A" w:rsidRDefault="003960D8" w:rsidP="003960D8">
      <w:pPr>
        <w:pStyle w:val="Heading1"/>
        <w:rPr>
          <w:color w:val="auto"/>
        </w:rPr>
      </w:pPr>
      <w:r w:rsidRPr="0064110A">
        <w:rPr>
          <w:color w:val="auto"/>
        </w:rPr>
        <w:t>PAYMENT POLICIES</w:t>
      </w:r>
    </w:p>
    <w:p w14:paraId="4E6492B3" w14:textId="77777777" w:rsidR="003960D8" w:rsidRDefault="003960D8" w:rsidP="003960D8">
      <w:pPr>
        <w:pStyle w:val="Heading2"/>
      </w:pPr>
      <w:r w:rsidRPr="0064110A">
        <w:rPr>
          <w:color w:val="auto"/>
        </w:rPr>
        <w:t>Reservation Payment</w:t>
      </w:r>
    </w:p>
    <w:p w14:paraId="035CC4F5" w14:textId="77777777" w:rsidR="003960D8" w:rsidRDefault="003960D8" w:rsidP="003960D8">
      <w:r>
        <w:t>• $50.00 non-refundable Reservation Payment required.</w:t>
      </w:r>
      <w:r>
        <w:br/>
        <w:t>• Applied toward total rental.</w:t>
      </w:r>
    </w:p>
    <w:p w14:paraId="18FC9C02" w14:textId="77777777" w:rsidR="003960D8" w:rsidRDefault="003960D8" w:rsidP="003960D8">
      <w:pPr>
        <w:pStyle w:val="Heading2"/>
      </w:pPr>
      <w:r w:rsidRPr="0064110A">
        <w:rPr>
          <w:color w:val="auto"/>
        </w:rPr>
        <w:t>Security Deposit</w:t>
      </w:r>
    </w:p>
    <w:p w14:paraId="2DF9CAA0" w14:textId="77777777" w:rsidR="003960D8" w:rsidRDefault="003960D8" w:rsidP="003960D8">
      <w:r>
        <w:t>• Space Only Rental Package: $100</w:t>
      </w:r>
      <w:r>
        <w:br/>
        <w:t>• Full Experience Rental Package: $150</w:t>
      </w:r>
    </w:p>
    <w:p w14:paraId="62DF240E" w14:textId="77777777" w:rsidR="003960D8" w:rsidRPr="0064110A" w:rsidRDefault="003960D8" w:rsidP="003960D8">
      <w:pPr>
        <w:pStyle w:val="Heading2"/>
        <w:rPr>
          <w:color w:val="auto"/>
        </w:rPr>
      </w:pPr>
      <w:r w:rsidRPr="0064110A">
        <w:rPr>
          <w:color w:val="auto"/>
        </w:rPr>
        <w:t>Payment Schedule</w:t>
      </w:r>
    </w:p>
    <w:p w14:paraId="25771550" w14:textId="77777777" w:rsidR="003960D8" w:rsidRDefault="003960D8" w:rsidP="003960D8">
      <w:r>
        <w:t>• Reservation Payment: At booking</w:t>
      </w:r>
      <w:r>
        <w:br/>
        <w:t>• Security Deposit: 21 days before event</w:t>
      </w:r>
      <w:r>
        <w:br/>
        <w:t>• Remaining Balance: 21 days before event</w:t>
      </w:r>
    </w:p>
    <w:p w14:paraId="64796AF0" w14:textId="77777777" w:rsidR="003960D8" w:rsidRPr="0064110A" w:rsidRDefault="003960D8" w:rsidP="003960D8">
      <w:pPr>
        <w:pStyle w:val="Heading2"/>
        <w:rPr>
          <w:color w:val="auto"/>
        </w:rPr>
      </w:pPr>
      <w:r w:rsidRPr="0064110A">
        <w:rPr>
          <w:color w:val="auto"/>
        </w:rPr>
        <w:t>Accepted Payment Methods</w:t>
      </w:r>
    </w:p>
    <w:p w14:paraId="210860F7" w14:textId="2768AC3D" w:rsidR="003960D8" w:rsidRDefault="003960D8" w:rsidP="003960D8">
      <w:r>
        <w:t>• Cash App</w:t>
      </w:r>
      <w:r>
        <w:br/>
        <w:t xml:space="preserve">• </w:t>
      </w:r>
      <w:proofErr w:type="spellStart"/>
      <w:r>
        <w:t>Zelle</w:t>
      </w:r>
      <w:proofErr w:type="spellEnd"/>
      <w:r>
        <w:br/>
        <w:t xml:space="preserve">• Other methods (check, cashier check, money order, PayPal etc.) with </w:t>
      </w:r>
      <w:r w:rsidR="00DB23FD">
        <w:t>management</w:t>
      </w:r>
      <w:r>
        <w:t xml:space="preserve"> approval.</w:t>
      </w:r>
    </w:p>
    <w:p w14:paraId="597CAD29" w14:textId="77777777" w:rsidR="007857D9" w:rsidRDefault="00000000">
      <w:r>
        <w:br w:type="page"/>
      </w:r>
    </w:p>
    <w:p w14:paraId="1F0BD809" w14:textId="2C0F1FDD" w:rsidR="007857D9" w:rsidRDefault="00000000">
      <w:pPr>
        <w:jc w:val="center"/>
      </w:pPr>
      <w:r>
        <w:rPr>
          <w:noProof/>
        </w:rPr>
        <w:lastRenderedPageBreak/>
        <w:drawing>
          <wp:inline distT="0" distB="0" distL="0" distR="0" wp14:anchorId="2933FED5" wp14:editId="4AC3F27E">
            <wp:extent cx="5120640" cy="7680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yment Design2Rentals (2)(6).png"/>
                    <pic:cNvPicPr/>
                  </pic:nvPicPr>
                  <pic:blipFill>
                    <a:blip r:embed="rId9"/>
                    <a:stretch>
                      <a:fillRect/>
                    </a:stretch>
                  </pic:blipFill>
                  <pic:spPr>
                    <a:xfrm>
                      <a:off x="0" y="0"/>
                      <a:ext cx="5120640" cy="7680960"/>
                    </a:xfrm>
                    <a:prstGeom prst="rect">
                      <a:avLst/>
                    </a:prstGeom>
                  </pic:spPr>
                </pic:pic>
              </a:graphicData>
            </a:graphic>
          </wp:inline>
        </w:drawing>
      </w:r>
      <w:r w:rsidR="003661E4">
        <w:t>v</w:t>
      </w:r>
    </w:p>
    <w:p w14:paraId="246B9874" w14:textId="77777777" w:rsidR="003960D8" w:rsidRPr="0064110A" w:rsidRDefault="003960D8" w:rsidP="003960D8">
      <w:pPr>
        <w:pStyle w:val="Heading2"/>
        <w:rPr>
          <w:color w:val="auto"/>
        </w:rPr>
      </w:pPr>
      <w:r w:rsidRPr="0064110A">
        <w:rPr>
          <w:color w:val="auto"/>
        </w:rPr>
        <w:t>Late or Non-Payment</w:t>
      </w:r>
    </w:p>
    <w:p w14:paraId="4EC4630C" w14:textId="77777777" w:rsidR="007857D9" w:rsidRDefault="00000000">
      <w:r>
        <w:t>Failure to pay by the due date may result in cancellation, forfeiture of the Reservation Payment, and loss of the reservation.</w:t>
      </w:r>
    </w:p>
    <w:p w14:paraId="5F189315" w14:textId="77777777" w:rsidR="005726E6" w:rsidRDefault="005726E6"/>
    <w:p w14:paraId="17593FC5" w14:textId="785E3E62" w:rsidR="00B62789"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r w:rsidRPr="00772C0F">
        <w:rPr>
          <w:rFonts w:eastAsia="Times New Roman" w:cs="Times New Roman"/>
          <w:b/>
          <w:bCs/>
          <w:kern w:val="36"/>
          <w:sz w:val="16"/>
          <w:szCs w:val="16"/>
        </w:rPr>
        <w:lastRenderedPageBreak/>
        <w:t xml:space="preserve"> </w:t>
      </w:r>
      <w:r w:rsidR="00B62789" w:rsidRPr="00772C0F">
        <w:rPr>
          <w:rFonts w:eastAsia="Times New Roman" w:cs="Times New Roman"/>
          <w:b/>
          <w:bCs/>
          <w:kern w:val="36"/>
          <w:sz w:val="16"/>
          <w:szCs w:val="16"/>
        </w:rPr>
        <w:t>Section 1</w:t>
      </w:r>
    </w:p>
    <w:p w14:paraId="55F039A3" w14:textId="77777777" w:rsidR="00B62789" w:rsidRPr="00772C0F" w:rsidRDefault="00B62789" w:rsidP="00772C0F">
      <w:pPr>
        <w:spacing w:before="100" w:beforeAutospacing="1" w:after="100" w:afterAutospacing="1" w:line="240" w:lineRule="auto"/>
        <w:jc w:val="center"/>
        <w:outlineLvl w:val="0"/>
        <w:rPr>
          <w:rFonts w:eastAsia="Times New Roman" w:cs="Times New Roman"/>
          <w:b/>
          <w:bCs/>
          <w:kern w:val="36"/>
          <w:sz w:val="24"/>
          <w:szCs w:val="24"/>
        </w:rPr>
      </w:pPr>
      <w:r w:rsidRPr="00772C0F">
        <w:rPr>
          <w:rFonts w:eastAsia="Times New Roman" w:cs="Times New Roman"/>
          <w:b/>
          <w:bCs/>
          <w:kern w:val="36"/>
          <w:sz w:val="24"/>
          <w:szCs w:val="24"/>
        </w:rPr>
        <w:t>FACILITY RULES &amp; GUEST RESPONSIBILITIES</w:t>
      </w:r>
    </w:p>
    <w:p w14:paraId="7BE01095"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xml:space="preserve">The Gathering Place is committed to providing a clean, safe, and enjoyable environment for everyone. The </w:t>
      </w:r>
      <w:r w:rsidRPr="00772C0F">
        <w:rPr>
          <w:rFonts w:eastAsia="Times New Roman" w:cs="Times New Roman"/>
          <w:b/>
          <w:bCs/>
          <w:sz w:val="22"/>
        </w:rPr>
        <w:t>Renter</w:t>
      </w:r>
      <w:r w:rsidRPr="00772C0F">
        <w:rPr>
          <w:rFonts w:eastAsia="Times New Roman" w:cs="Times New Roman"/>
          <w:sz w:val="22"/>
        </w:rPr>
        <w:t xml:space="preserve"> is responsible for ensuring that all guests, invitees, vendors, entertainers, and service providers comply with this </w:t>
      </w:r>
      <w:r w:rsidRPr="00772C0F">
        <w:rPr>
          <w:rFonts w:eastAsia="Times New Roman" w:cs="Times New Roman"/>
          <w:b/>
          <w:bCs/>
          <w:sz w:val="22"/>
        </w:rPr>
        <w:t>Facility Rental Agreement &amp; Policies</w:t>
      </w:r>
      <w:r w:rsidRPr="00772C0F">
        <w:rPr>
          <w:rFonts w:eastAsia="Times New Roman" w:cs="Times New Roman"/>
          <w:sz w:val="22"/>
        </w:rPr>
        <w:t xml:space="preserve"> throughout the event.</w:t>
      </w:r>
    </w:p>
    <w:p w14:paraId="5DE91352"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34D606B3">
          <v:rect id="_x0000_i1025" style="width:468pt;height:1.5pt" o:hralign="center" o:hrstd="t" o:hr="t" fillcolor="#a0a0a0" stroked="f"/>
        </w:pict>
      </w:r>
    </w:p>
    <w:p w14:paraId="51971FE8"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GENERAL FACILITY RULES</w:t>
      </w:r>
    </w:p>
    <w:p w14:paraId="2DAFEF6F"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xml:space="preserve">▪ Maximum occupancy is </w:t>
      </w:r>
      <w:r w:rsidRPr="00772C0F">
        <w:rPr>
          <w:rFonts w:eastAsia="Times New Roman" w:cs="Times New Roman"/>
          <w:b/>
          <w:bCs/>
          <w:sz w:val="22"/>
        </w:rPr>
        <w:t>Fifty (50) Guests</w:t>
      </w:r>
      <w:r w:rsidRPr="00772C0F">
        <w:rPr>
          <w:rFonts w:eastAsia="Times New Roman" w:cs="Times New Roman"/>
          <w:sz w:val="22"/>
        </w:rPr>
        <w:t xml:space="preserve"> unless approved in writing by the </w:t>
      </w:r>
      <w:r w:rsidRPr="00772C0F">
        <w:rPr>
          <w:rFonts w:eastAsia="Times New Roman" w:cs="Times New Roman"/>
          <w:b/>
          <w:bCs/>
          <w:sz w:val="22"/>
        </w:rPr>
        <w:t>Facility Representative</w:t>
      </w:r>
      <w:r w:rsidRPr="00772C0F">
        <w:rPr>
          <w:rFonts w:eastAsia="Times New Roman" w:cs="Times New Roman"/>
          <w:sz w:val="22"/>
        </w:rPr>
        <w:t>.</w:t>
      </w:r>
      <w:r w:rsidRPr="00772C0F">
        <w:rPr>
          <w:rFonts w:eastAsia="Times New Roman" w:cs="Times New Roman"/>
          <w:sz w:val="22"/>
        </w:rPr>
        <w:br/>
        <w:t xml:space="preserve">▪ The </w:t>
      </w:r>
      <w:r w:rsidRPr="00772C0F">
        <w:rPr>
          <w:rFonts w:eastAsia="Times New Roman" w:cs="Times New Roman"/>
          <w:b/>
          <w:bCs/>
          <w:sz w:val="22"/>
        </w:rPr>
        <w:t>Renter</w:t>
      </w:r>
      <w:r w:rsidRPr="00772C0F">
        <w:rPr>
          <w:rFonts w:eastAsia="Times New Roman" w:cs="Times New Roman"/>
          <w:sz w:val="22"/>
        </w:rPr>
        <w:t xml:space="preserve"> or designated responsible adult must remain on-site throughout the event.</w:t>
      </w:r>
      <w:r w:rsidRPr="00772C0F">
        <w:rPr>
          <w:rFonts w:eastAsia="Times New Roman" w:cs="Times New Roman"/>
          <w:sz w:val="22"/>
        </w:rPr>
        <w:br/>
        <w:t>▪ Children must be supervised by a responsible adult at all times.</w:t>
      </w:r>
      <w:r w:rsidRPr="00772C0F">
        <w:rPr>
          <w:rFonts w:eastAsia="Times New Roman" w:cs="Times New Roman"/>
          <w:sz w:val="22"/>
        </w:rPr>
        <w:br/>
        <w:t xml:space="preserve">▪ Guests may use only those areas and amenities included in the selected </w:t>
      </w:r>
      <w:r w:rsidRPr="00772C0F">
        <w:rPr>
          <w:rFonts w:eastAsia="Times New Roman" w:cs="Times New Roman"/>
          <w:b/>
          <w:bCs/>
          <w:sz w:val="22"/>
        </w:rPr>
        <w:t>Rental Package</w:t>
      </w:r>
      <w:r w:rsidRPr="00772C0F">
        <w:rPr>
          <w:rFonts w:eastAsia="Times New Roman" w:cs="Times New Roman"/>
          <w:sz w:val="22"/>
        </w:rPr>
        <w:t>.</w:t>
      </w:r>
      <w:r w:rsidRPr="00772C0F">
        <w:rPr>
          <w:rFonts w:eastAsia="Times New Roman" w:cs="Times New Roman"/>
          <w:sz w:val="22"/>
        </w:rPr>
        <w:br/>
        <w:t xml:space="preserve">▪ Furniture, games, televisions, and equipment may not be moved without prior approval from the </w:t>
      </w:r>
      <w:r w:rsidRPr="00772C0F">
        <w:rPr>
          <w:rFonts w:eastAsia="Times New Roman" w:cs="Times New Roman"/>
          <w:b/>
          <w:bCs/>
          <w:sz w:val="22"/>
        </w:rPr>
        <w:t>Facility Representative</w:t>
      </w:r>
      <w:r w:rsidRPr="00772C0F">
        <w:rPr>
          <w:rFonts w:eastAsia="Times New Roman" w:cs="Times New Roman"/>
          <w:sz w:val="22"/>
        </w:rPr>
        <w:t>.</w:t>
      </w:r>
      <w:r w:rsidRPr="00772C0F">
        <w:rPr>
          <w:rFonts w:eastAsia="Times New Roman" w:cs="Times New Roman"/>
          <w:sz w:val="22"/>
        </w:rPr>
        <w:br/>
        <w:t>▪ Please help keep the Facility clean and organized throughout your event.</w:t>
      </w:r>
      <w:r w:rsidRPr="00772C0F">
        <w:rPr>
          <w:rFonts w:eastAsia="Times New Roman" w:cs="Times New Roman"/>
          <w:sz w:val="22"/>
        </w:rPr>
        <w:br/>
        <w:t xml:space="preserve">▪ </w:t>
      </w:r>
      <w:r w:rsidRPr="00772C0F">
        <w:rPr>
          <w:rFonts w:eastAsia="Times New Roman" w:cs="Times New Roman"/>
          <w:b/>
          <w:bCs/>
          <w:sz w:val="22"/>
        </w:rPr>
        <w:t>The Facility Representative may require the Renter or any guest engaging in unsafe, disruptive, destructive, threatening, or inappropriate behavior to immediately stop the activity or leave the premises. Failure to comply may result in suspension or termination of the event without refund.</w:t>
      </w:r>
    </w:p>
    <w:p w14:paraId="51813B3B" w14:textId="77777777" w:rsidR="00B62789" w:rsidRDefault="00000000" w:rsidP="00B62789">
      <w:pPr>
        <w:spacing w:after="0" w:line="240" w:lineRule="auto"/>
        <w:jc w:val="center"/>
        <w:rPr>
          <w:rFonts w:ascii="Times New Roman" w:eastAsia="Times New Roman" w:hAnsi="Times New Roman" w:cs="Times New Roman"/>
          <w:sz w:val="24"/>
          <w:szCs w:val="24"/>
        </w:rPr>
      </w:pPr>
      <w:r w:rsidRPr="00772C0F">
        <w:rPr>
          <w:rFonts w:eastAsia="Times New Roman" w:cs="Times New Roman"/>
          <w:sz w:val="24"/>
          <w:szCs w:val="24"/>
        </w:rPr>
        <w:pict w14:anchorId="11CBCBA9">
          <v:rect id="_x0000_i1026" style="width:468pt;height:1.5pt" o:hralign="center" o:hrstd="t" o:hr="t" fillcolor="#a0a0a0" stroked="f"/>
        </w:pict>
      </w:r>
    </w:p>
    <w:p w14:paraId="65CA3254"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PROHIBITED ITEMS &amp; ACTIVITIES</w:t>
      </w:r>
    </w:p>
    <w:p w14:paraId="18F9AFF0" w14:textId="581C2BD0"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No smoking or vaping inside the Facility.</w:t>
      </w:r>
      <w:r w:rsidRPr="00772C0F">
        <w:rPr>
          <w:rFonts w:eastAsia="Times New Roman" w:cs="Times New Roman"/>
          <w:sz w:val="22"/>
        </w:rPr>
        <w:br/>
        <w:t>▪ No illegal drugs, illegal activity, or disorderly conduct.</w:t>
      </w:r>
      <w:r w:rsidRPr="00772C0F">
        <w:rPr>
          <w:rFonts w:eastAsia="Times New Roman" w:cs="Times New Roman"/>
          <w:sz w:val="22"/>
        </w:rPr>
        <w:br/>
        <w:t>▪ No weapons unless otherwise authorized by applicable law.</w:t>
      </w:r>
      <w:r w:rsidRPr="00772C0F">
        <w:rPr>
          <w:rFonts w:eastAsia="Times New Roman" w:cs="Times New Roman"/>
          <w:sz w:val="22"/>
        </w:rPr>
        <w:br/>
        <w:t>▪ No fireworks, sparklers, candles, or open flames.</w:t>
      </w:r>
      <w:r w:rsidRPr="00772C0F">
        <w:rPr>
          <w:rFonts w:eastAsia="Times New Roman" w:cs="Times New Roman"/>
          <w:sz w:val="22"/>
        </w:rPr>
        <w:br/>
        <w:t>▪ No glitter, confetti, rice, birdseed, or similar decorations.</w:t>
      </w:r>
      <w:r w:rsidRPr="00772C0F">
        <w:rPr>
          <w:rFonts w:eastAsia="Times New Roman" w:cs="Times New Roman"/>
          <w:sz w:val="22"/>
        </w:rPr>
        <w:br/>
        <w:t xml:space="preserve">▪ No nails, screws, staples, tacks, adhesives, </w:t>
      </w:r>
      <w:r w:rsidRPr="00772C0F">
        <w:rPr>
          <w:rFonts w:eastAsia="Times New Roman" w:cs="Times New Roman"/>
          <w:b/>
          <w:bCs/>
          <w:sz w:val="22"/>
        </w:rPr>
        <w:t>etc.</w:t>
      </w:r>
      <w:r w:rsidRPr="00772C0F">
        <w:rPr>
          <w:rFonts w:eastAsia="Times New Roman" w:cs="Times New Roman"/>
          <w:sz w:val="22"/>
        </w:rPr>
        <w:t xml:space="preserve"> that may damage walls, ceilings, floors, furniture, or equipment.</w:t>
      </w:r>
      <w:r w:rsidRPr="00772C0F">
        <w:rPr>
          <w:rFonts w:eastAsia="Times New Roman" w:cs="Times New Roman"/>
          <w:sz w:val="22"/>
        </w:rPr>
        <w:br/>
        <w:t>▪ No standing, climbing, or jumping on tables, chairs, games, or furniture.</w:t>
      </w:r>
      <w:r w:rsidRPr="00772C0F">
        <w:rPr>
          <w:rFonts w:eastAsia="Times New Roman" w:cs="Times New Roman"/>
          <w:sz w:val="22"/>
        </w:rPr>
        <w:br/>
        <w:t xml:space="preserve">▪ </w:t>
      </w:r>
      <w:r w:rsidRPr="00772C0F">
        <w:rPr>
          <w:rFonts w:eastAsia="Times New Roman" w:cs="Times New Roman"/>
          <w:b/>
          <w:bCs/>
          <w:sz w:val="22"/>
        </w:rPr>
        <w:t xml:space="preserve">No fighting, horseplay, harassment, intimidation, abusive language, threatening behavior, or any unsafe </w:t>
      </w:r>
      <w:r w:rsidR="00772C0F">
        <w:rPr>
          <w:rFonts w:eastAsia="Times New Roman" w:cs="Times New Roman"/>
          <w:b/>
          <w:bCs/>
          <w:sz w:val="22"/>
        </w:rPr>
        <w:t xml:space="preserve">  </w:t>
      </w:r>
      <w:r w:rsidRPr="00772C0F">
        <w:rPr>
          <w:rFonts w:eastAsia="Times New Roman" w:cs="Times New Roman"/>
          <w:b/>
          <w:bCs/>
          <w:sz w:val="22"/>
        </w:rPr>
        <w:t>conduct that may endanger others, disrupt the event, or damage the Facility.</w:t>
      </w:r>
    </w:p>
    <w:p w14:paraId="3DDF417C"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5250C293">
          <v:rect id="_x0000_i1027" style="width:468pt;height:1.5pt" o:hralign="center" o:hrstd="t" o:hr="t" fillcolor="#a0a0a0" stroked="f"/>
        </w:pict>
      </w:r>
    </w:p>
    <w:p w14:paraId="38E00DD6"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FOOD &amp; BEVERAGES</w:t>
      </w:r>
    </w:p>
    <w:p w14:paraId="067F91C7"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Outside food and beverages are welcome.</w:t>
      </w:r>
      <w:r w:rsidRPr="00772C0F">
        <w:rPr>
          <w:rFonts w:eastAsia="Times New Roman" w:cs="Times New Roman"/>
          <w:sz w:val="22"/>
        </w:rPr>
        <w:br/>
        <w:t>▪ Please dispose of all food, beverages, and trash properly.</w:t>
      </w:r>
      <w:r w:rsidRPr="00772C0F">
        <w:rPr>
          <w:rFonts w:eastAsia="Times New Roman" w:cs="Times New Roman"/>
          <w:sz w:val="22"/>
        </w:rPr>
        <w:br/>
        <w:t>▪ Clean spills promptly to help prevent accidents.</w:t>
      </w:r>
      <w:r w:rsidRPr="00772C0F">
        <w:rPr>
          <w:rFonts w:eastAsia="Times New Roman" w:cs="Times New Roman"/>
          <w:sz w:val="22"/>
        </w:rPr>
        <w:br/>
        <w:t xml:space="preserve">▪ Alcohol is permitted only with prior written approval from the </w:t>
      </w:r>
      <w:r w:rsidRPr="00772C0F">
        <w:rPr>
          <w:rFonts w:eastAsia="Times New Roman" w:cs="Times New Roman"/>
          <w:b/>
          <w:bCs/>
          <w:sz w:val="22"/>
        </w:rPr>
        <w:t>Facility Representative</w:t>
      </w:r>
      <w:r w:rsidRPr="00772C0F">
        <w:rPr>
          <w:rFonts w:eastAsia="Times New Roman" w:cs="Times New Roman"/>
          <w:sz w:val="22"/>
        </w:rPr>
        <w:t xml:space="preserve"> and must comply with The Gathering Place Alcohol Policy.</w:t>
      </w:r>
    </w:p>
    <w:p w14:paraId="67083A42"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7F45535F">
          <v:rect id="_x0000_i1028" style="width:468pt;height:1.5pt" o:hralign="center" o:hrstd="t" o:hr="t" fillcolor="#a0a0a0" stroked="f"/>
        </w:pict>
      </w:r>
    </w:p>
    <w:p w14:paraId="21737816" w14:textId="77777777" w:rsidR="008F18C4" w:rsidRPr="00772C0F" w:rsidRDefault="008F18C4" w:rsidP="00B62789">
      <w:pPr>
        <w:spacing w:before="100" w:beforeAutospacing="1" w:after="100" w:afterAutospacing="1" w:line="240" w:lineRule="auto"/>
        <w:outlineLvl w:val="1"/>
        <w:rPr>
          <w:rFonts w:eastAsia="Times New Roman" w:cs="Times New Roman"/>
          <w:b/>
          <w:bCs/>
          <w:sz w:val="24"/>
          <w:szCs w:val="24"/>
        </w:rPr>
      </w:pPr>
    </w:p>
    <w:p w14:paraId="41AFF44E" w14:textId="3F418FAC"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lastRenderedPageBreak/>
        <w:t>GAMES &amp; EQUIPMENT</w:t>
      </w:r>
    </w:p>
    <w:p w14:paraId="107D15D8" w14:textId="77777777" w:rsidR="008F18C4"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Please use all games, televisions, furniture, and equipment responsibly and only for their intended purpose.</w:t>
      </w:r>
      <w:r w:rsidRPr="00772C0F">
        <w:rPr>
          <w:rFonts w:eastAsia="Times New Roman" w:cs="Times New Roman"/>
          <w:sz w:val="22"/>
        </w:rPr>
        <w:br/>
        <w:t xml:space="preserve">▪ Immediately report any damaged, malfunctioning, or unsafe equipment, conditions, or hazards to the </w:t>
      </w:r>
      <w:r w:rsidRPr="00772C0F">
        <w:rPr>
          <w:rFonts w:eastAsia="Times New Roman" w:cs="Times New Roman"/>
          <w:b/>
          <w:bCs/>
          <w:sz w:val="22"/>
        </w:rPr>
        <w:t>Facility Representative</w:t>
      </w:r>
      <w:r w:rsidRPr="00772C0F">
        <w:rPr>
          <w:rFonts w:eastAsia="Times New Roman" w:cs="Times New Roman"/>
          <w:sz w:val="22"/>
        </w:rPr>
        <w:t>.</w:t>
      </w:r>
      <w:r w:rsidRPr="00772C0F">
        <w:rPr>
          <w:rFonts w:eastAsia="Times New Roman" w:cs="Times New Roman"/>
          <w:sz w:val="22"/>
        </w:rPr>
        <w:br/>
        <w:t xml:space="preserve">▪ Do not unplug, relocate, alter, tamper with, misuse, or attempt to repair any televisions, arcade games, gaming systems, electronics, furniture, or other Facility equipment without prior approval from the </w:t>
      </w:r>
      <w:r w:rsidRPr="00772C0F">
        <w:rPr>
          <w:rFonts w:eastAsia="Times New Roman" w:cs="Times New Roman"/>
          <w:b/>
          <w:bCs/>
          <w:sz w:val="22"/>
        </w:rPr>
        <w:t>Facility Representative</w:t>
      </w:r>
      <w:r w:rsidRPr="00772C0F">
        <w:rPr>
          <w:rFonts w:eastAsia="Times New Roman" w:cs="Times New Roman"/>
          <w:sz w:val="22"/>
        </w:rPr>
        <w:t>.</w:t>
      </w:r>
      <w:r w:rsidRPr="00772C0F">
        <w:rPr>
          <w:rFonts w:eastAsia="Times New Roman" w:cs="Times New Roman"/>
          <w:sz w:val="22"/>
        </w:rPr>
        <w:br/>
        <w:t>▪ Equipment and amenities are provided for the enjoyment of all guests and should be used safely and responsibly.</w:t>
      </w:r>
      <w:r w:rsidRPr="00772C0F">
        <w:rPr>
          <w:rFonts w:eastAsia="Times New Roman" w:cs="Times New Roman"/>
          <w:sz w:val="22"/>
        </w:rPr>
        <w:br/>
      </w:r>
    </w:p>
    <w:p w14:paraId="163C379E" w14:textId="7E97614F"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xml:space="preserve">▪ </w:t>
      </w:r>
      <w:r w:rsidRPr="00772C0F">
        <w:rPr>
          <w:rFonts w:eastAsia="Times New Roman" w:cs="Times New Roman"/>
          <w:b/>
          <w:bCs/>
          <w:sz w:val="22"/>
        </w:rPr>
        <w:t>The Gathering Place reserves the right to temporarily remove, restrict access to, repair, replace, or discontinue the use of any game, television, amenity, attraction, furniture, or other Facility equipment due to maintenance, repairs, safety concerns, weather conditions, operational needs, or other unforeseen circumstances. Such temporary unavailability shall not constitute a breach of this Agreement and shall not entitle the Renter to a refund, credit, discount, reduction of the Rental Fee, or any other compensation.</w:t>
      </w:r>
      <w:r w:rsidRPr="00772C0F">
        <w:rPr>
          <w:rFonts w:eastAsia="Times New Roman" w:cs="Times New Roman"/>
          <w:sz w:val="22"/>
        </w:rPr>
        <w:br/>
        <w:t>▪ The Renter is responsible for ensuring that all guests use Facility equipment safely and responsibly. Any damage resulting from misuse, negligence, reckless behavior, intentional acts, or failure to follow instructions may result in deductions from the Security Deposit. If damages exceed the Security Deposit, the Renter agrees to pay the remaining balance in accordance with this Agreement.</w:t>
      </w:r>
    </w:p>
    <w:p w14:paraId="1F2E75BA" w14:textId="77777777" w:rsidR="00B62789" w:rsidRPr="00772C0F" w:rsidRDefault="00000000" w:rsidP="00B62789">
      <w:pPr>
        <w:spacing w:after="0" w:line="240" w:lineRule="auto"/>
        <w:jc w:val="center"/>
        <w:rPr>
          <w:rFonts w:eastAsia="Times New Roman" w:cs="Times New Roman"/>
          <w:sz w:val="22"/>
        </w:rPr>
      </w:pPr>
      <w:r w:rsidRPr="00772C0F">
        <w:rPr>
          <w:rFonts w:eastAsia="Times New Roman" w:cs="Times New Roman"/>
          <w:sz w:val="22"/>
        </w:rPr>
        <w:pict w14:anchorId="219C58C7">
          <v:rect id="_x0000_i1029" style="width:468pt;height:1.5pt" o:hralign="center" o:hrstd="t" o:hr="t" fillcolor="#a0a0a0" stroked="f"/>
        </w:pict>
      </w:r>
    </w:p>
    <w:p w14:paraId="5467256E"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RESPECT FOR OTHERS</w:t>
      </w:r>
    </w:p>
    <w:p w14:paraId="1413C408"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Please respect neighboring businesses and surrounding property.</w:t>
      </w:r>
      <w:r w:rsidRPr="00772C0F">
        <w:rPr>
          <w:rFonts w:eastAsia="Times New Roman" w:cs="Times New Roman"/>
          <w:sz w:val="22"/>
        </w:rPr>
        <w:br/>
        <w:t>▪ Excessive noise, disruptive conduct, or inappropriate behavior may result in immediate suspension or termination of the event without refund.</w:t>
      </w:r>
      <w:r w:rsidRPr="00772C0F">
        <w:rPr>
          <w:rFonts w:eastAsia="Times New Roman" w:cs="Times New Roman"/>
          <w:sz w:val="22"/>
        </w:rPr>
        <w:br/>
        <w:t xml:space="preserve">▪ Guests must comply with all instructions provided by the </w:t>
      </w:r>
      <w:r w:rsidRPr="00772C0F">
        <w:rPr>
          <w:rFonts w:eastAsia="Times New Roman" w:cs="Times New Roman"/>
          <w:b/>
          <w:bCs/>
          <w:sz w:val="22"/>
        </w:rPr>
        <w:t>Facility Representative</w:t>
      </w:r>
      <w:r w:rsidRPr="00772C0F">
        <w:rPr>
          <w:rFonts w:eastAsia="Times New Roman" w:cs="Times New Roman"/>
          <w:sz w:val="22"/>
        </w:rPr>
        <w:t>.</w:t>
      </w:r>
    </w:p>
    <w:p w14:paraId="55541CEE"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0606881D">
          <v:rect id="_x0000_i1030" style="width:468pt;height:1.5pt" o:hralign="center" o:hrstd="t" o:hr="t" fillcolor="#a0a0a0" stroked="f"/>
        </w:pict>
      </w:r>
    </w:p>
    <w:p w14:paraId="16E6AEE1"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RENTER RESPONSIBILITY &amp; ACKNOWLEDGEMENT</w:t>
      </w:r>
    </w:p>
    <w:p w14:paraId="2ACFAE1A"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xml:space="preserve">The </w:t>
      </w:r>
      <w:r w:rsidRPr="00772C0F">
        <w:rPr>
          <w:rFonts w:eastAsia="Times New Roman" w:cs="Times New Roman"/>
          <w:b/>
          <w:bCs/>
          <w:sz w:val="22"/>
        </w:rPr>
        <w:t>Renter</w:t>
      </w:r>
      <w:r w:rsidRPr="00772C0F">
        <w:rPr>
          <w:rFonts w:eastAsia="Times New Roman" w:cs="Times New Roman"/>
          <w:sz w:val="22"/>
        </w:rPr>
        <w:t xml:space="preserve"> accepts full responsibility for the conduct and actions of all guests, invitees, children, vendors, entertainers, caterers, decorators, photographers, DJs, and other service providers attending the event. The </w:t>
      </w:r>
      <w:r w:rsidRPr="00772C0F">
        <w:rPr>
          <w:rFonts w:eastAsia="Times New Roman" w:cs="Times New Roman"/>
          <w:b/>
          <w:bCs/>
          <w:sz w:val="22"/>
        </w:rPr>
        <w:t>Renter</w:t>
      </w:r>
      <w:r w:rsidRPr="00772C0F">
        <w:rPr>
          <w:rFonts w:eastAsia="Times New Roman" w:cs="Times New Roman"/>
          <w:sz w:val="22"/>
        </w:rPr>
        <w:t xml:space="preserve"> agrees to ensure all guests comply with this </w:t>
      </w:r>
      <w:r w:rsidRPr="00772C0F">
        <w:rPr>
          <w:rFonts w:eastAsia="Times New Roman" w:cs="Times New Roman"/>
          <w:b/>
          <w:bCs/>
          <w:sz w:val="22"/>
        </w:rPr>
        <w:t>Facility Rental Agreement &amp; Policies</w:t>
      </w:r>
      <w:r w:rsidRPr="00772C0F">
        <w:rPr>
          <w:rFonts w:eastAsia="Times New Roman" w:cs="Times New Roman"/>
          <w:sz w:val="22"/>
        </w:rPr>
        <w:t xml:space="preserve">, promptly report any damage, accidents, or unsafe conditions to the </w:t>
      </w:r>
      <w:r w:rsidRPr="00772C0F">
        <w:rPr>
          <w:rFonts w:eastAsia="Times New Roman" w:cs="Times New Roman"/>
          <w:b/>
          <w:bCs/>
          <w:sz w:val="22"/>
        </w:rPr>
        <w:t>Facility Representative</w:t>
      </w:r>
      <w:r w:rsidRPr="00772C0F">
        <w:rPr>
          <w:rFonts w:eastAsia="Times New Roman" w:cs="Times New Roman"/>
          <w:sz w:val="22"/>
        </w:rPr>
        <w:t xml:space="preserve">, accept financial responsibility for all damages, excessive cleaning, missing items, policy violations, or other costs resulting from the event or the actions of the Renter's guests, and cooperate with the </w:t>
      </w:r>
      <w:r w:rsidRPr="00772C0F">
        <w:rPr>
          <w:rFonts w:eastAsia="Times New Roman" w:cs="Times New Roman"/>
          <w:b/>
          <w:bCs/>
          <w:sz w:val="22"/>
        </w:rPr>
        <w:t>Facility Representative</w:t>
      </w:r>
      <w:r w:rsidRPr="00772C0F">
        <w:rPr>
          <w:rFonts w:eastAsia="Times New Roman" w:cs="Times New Roman"/>
          <w:sz w:val="22"/>
        </w:rPr>
        <w:t xml:space="preserve"> before, during, and after the event, including the pre-event and post-event walkthrough.</w:t>
      </w:r>
    </w:p>
    <w:p w14:paraId="2F37E141" w14:textId="380478D2" w:rsidR="00B62789" w:rsidRPr="00772C0F" w:rsidRDefault="00B62789" w:rsidP="00772C0F">
      <w:pPr>
        <w:spacing w:after="0" w:line="240" w:lineRule="auto"/>
        <w:jc w:val="center"/>
        <w:rPr>
          <w:rFonts w:eastAsia="Times New Roman" w:cs="Times New Roman"/>
          <w:sz w:val="22"/>
        </w:rPr>
      </w:pPr>
      <w:r w:rsidRPr="00772C0F">
        <w:rPr>
          <w:rFonts w:eastAsia="Times New Roman" w:cs="Times New Roman"/>
          <w:b/>
          <w:bCs/>
          <w:sz w:val="24"/>
          <w:szCs w:val="24"/>
        </w:rPr>
        <w:t>FACILITY REPRESENTATIVE AUTHORITY</w:t>
      </w:r>
    </w:p>
    <w:p w14:paraId="0DC93CA1"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The Facility Representative is authorized to interpret and enforce this Facility Rental Agreement &amp; Policies during the event.</w:t>
      </w:r>
      <w:r w:rsidRPr="00772C0F">
        <w:rPr>
          <w:rFonts w:eastAsia="Times New Roman" w:cs="Times New Roman"/>
          <w:sz w:val="22"/>
        </w:rPr>
        <w:t xml:space="preserve"> The </w:t>
      </w:r>
      <w:r w:rsidRPr="00772C0F">
        <w:rPr>
          <w:rFonts w:eastAsia="Times New Roman" w:cs="Times New Roman"/>
          <w:b/>
          <w:bCs/>
          <w:sz w:val="22"/>
        </w:rPr>
        <w:t>Renter</w:t>
      </w:r>
      <w:r w:rsidRPr="00772C0F">
        <w:rPr>
          <w:rFonts w:eastAsia="Times New Roman" w:cs="Times New Roman"/>
          <w:sz w:val="22"/>
        </w:rPr>
        <w:t xml:space="preserve"> agrees to comply with all reasonable instructions issued by the </w:t>
      </w:r>
      <w:r w:rsidRPr="00772C0F">
        <w:rPr>
          <w:rFonts w:eastAsia="Times New Roman" w:cs="Times New Roman"/>
          <w:b/>
          <w:bCs/>
          <w:sz w:val="22"/>
        </w:rPr>
        <w:t>Facility Representative</w:t>
      </w:r>
      <w:r w:rsidRPr="00772C0F">
        <w:rPr>
          <w:rFonts w:eastAsia="Times New Roman" w:cs="Times New Roman"/>
          <w:sz w:val="22"/>
        </w:rPr>
        <w:t xml:space="preserve"> regarding safety, occupancy limits, protection of Facility property, compliance with these policies, and the orderly operation of the event. Failure to comply may result in suspension or termination of the event without refund and may result in deductions from the </w:t>
      </w:r>
      <w:r w:rsidRPr="00772C0F">
        <w:rPr>
          <w:rFonts w:eastAsia="Times New Roman" w:cs="Times New Roman"/>
          <w:b/>
          <w:bCs/>
          <w:sz w:val="22"/>
        </w:rPr>
        <w:t>Security Deposit</w:t>
      </w:r>
      <w:r w:rsidRPr="00772C0F">
        <w:rPr>
          <w:rFonts w:eastAsia="Times New Roman" w:cs="Times New Roman"/>
          <w:sz w:val="22"/>
        </w:rPr>
        <w:t xml:space="preserve"> or additional charges as provided in this Agreement.</w:t>
      </w:r>
    </w:p>
    <w:p w14:paraId="57E6E176" w14:textId="0C2425F3" w:rsidR="00B62789" w:rsidRPr="0064110A" w:rsidRDefault="00B62789" w:rsidP="0064110A">
      <w:pPr>
        <w:spacing w:after="0" w:line="240" w:lineRule="auto"/>
        <w:rPr>
          <w:rFonts w:eastAsia="Times New Roman" w:cs="Times New Roman"/>
          <w:sz w:val="24"/>
          <w:szCs w:val="24"/>
        </w:rPr>
      </w:pPr>
      <w:r w:rsidRPr="00772C0F">
        <w:rPr>
          <w:rFonts w:eastAsia="Times New Roman" w:cs="Times New Roman"/>
          <w:b/>
          <w:bCs/>
          <w:sz w:val="16"/>
          <w:szCs w:val="16"/>
        </w:rPr>
        <w:t>Renter Initials:</w:t>
      </w:r>
      <w:r w:rsidRPr="00772C0F">
        <w:rPr>
          <w:rFonts w:eastAsia="Times New Roman" w:cs="Times New Roman"/>
          <w:sz w:val="16"/>
          <w:szCs w:val="16"/>
        </w:rPr>
        <w:t xml:space="preserve"> ____________________ </w:t>
      </w:r>
      <w:r w:rsidRPr="00772C0F">
        <w:rPr>
          <w:rFonts w:eastAsia="Times New Roman" w:cs="Times New Roman"/>
          <w:b/>
          <w:bCs/>
          <w:sz w:val="16"/>
          <w:szCs w:val="16"/>
        </w:rPr>
        <w:t>Section 1 of 3</w:t>
      </w:r>
      <w:r w:rsidR="0064110A">
        <w:rPr>
          <w:rFonts w:eastAsia="Times New Roman" w:cs="Times New Roman"/>
          <w:sz w:val="24"/>
          <w:szCs w:val="24"/>
        </w:rPr>
        <w:t xml:space="preserve"> </w:t>
      </w:r>
      <w:r w:rsidRPr="00772C0F">
        <w:rPr>
          <w:rFonts w:eastAsia="Times New Roman" w:cs="Times New Roman"/>
          <w:i/>
          <w:iCs/>
          <w:sz w:val="16"/>
          <w:szCs w:val="16"/>
        </w:rPr>
        <w:t>Version 2.0 • Revised July 2026</w:t>
      </w:r>
    </w:p>
    <w:p w14:paraId="4F6445EE"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3311D46E">
          <v:rect id="_x0000_i1033" style="width:468pt;height:1.5pt" o:hralign="center" o:hrstd="t" o:hr="t" fillcolor="#a0a0a0" stroked="f"/>
        </w:pict>
      </w:r>
    </w:p>
    <w:p w14:paraId="2F9A324B" w14:textId="37F62269" w:rsidR="00B62789" w:rsidRPr="00772C0F" w:rsidRDefault="00B62789" w:rsidP="00B62789">
      <w:pPr>
        <w:spacing w:before="100" w:beforeAutospacing="1" w:after="100" w:afterAutospacing="1" w:line="240" w:lineRule="auto"/>
        <w:outlineLvl w:val="0"/>
        <w:rPr>
          <w:rFonts w:eastAsia="Times New Roman" w:cs="Times New Roman"/>
          <w:b/>
          <w:bCs/>
          <w:kern w:val="36"/>
          <w:sz w:val="16"/>
          <w:szCs w:val="16"/>
        </w:rPr>
      </w:pPr>
      <w:r w:rsidRPr="00772C0F">
        <w:rPr>
          <w:rFonts w:eastAsia="Times New Roman" w:cs="Times New Roman"/>
          <w:b/>
          <w:bCs/>
          <w:kern w:val="36"/>
          <w:sz w:val="16"/>
          <w:szCs w:val="16"/>
        </w:rPr>
        <w:lastRenderedPageBreak/>
        <w:t>Section 2</w:t>
      </w:r>
    </w:p>
    <w:p w14:paraId="49882762" w14:textId="77777777" w:rsidR="00B62789" w:rsidRPr="00772C0F" w:rsidRDefault="00B62789" w:rsidP="00772C0F">
      <w:pPr>
        <w:spacing w:before="100" w:beforeAutospacing="1" w:after="100" w:afterAutospacing="1" w:line="240" w:lineRule="auto"/>
        <w:jc w:val="center"/>
        <w:outlineLvl w:val="0"/>
        <w:rPr>
          <w:rFonts w:eastAsia="Times New Roman" w:cs="Times New Roman"/>
          <w:b/>
          <w:bCs/>
          <w:kern w:val="36"/>
          <w:sz w:val="24"/>
          <w:szCs w:val="24"/>
        </w:rPr>
      </w:pPr>
      <w:r w:rsidRPr="00772C0F">
        <w:rPr>
          <w:rFonts w:eastAsia="Times New Roman" w:cs="Times New Roman"/>
          <w:b/>
          <w:bCs/>
          <w:kern w:val="36"/>
          <w:sz w:val="24"/>
          <w:szCs w:val="24"/>
        </w:rPr>
        <w:t>FINANCIAL RESPONSIBILITIES &amp; EVENT POLICIES</w:t>
      </w:r>
    </w:p>
    <w:p w14:paraId="075BC707"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SECURITY DEPOSIT</w:t>
      </w:r>
    </w:p>
    <w:p w14:paraId="66EF04A6"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A Security Deposit is required for every Rental Package and is separate from the Reservation Payment.</w:t>
      </w:r>
      <w:r w:rsidRPr="00772C0F">
        <w:rPr>
          <w:rFonts w:eastAsia="Times New Roman" w:cs="Times New Roman"/>
          <w:sz w:val="22"/>
        </w:rPr>
        <w:t xml:space="preserve"> The Security Deposit helps cover damages, excessive cleaning, missing items, policy violations, or other expenses resulting from the event. Any unused portion will be refunded following inspection of the Facility and verification by the </w:t>
      </w:r>
      <w:r w:rsidRPr="00772C0F">
        <w:rPr>
          <w:rFonts w:eastAsia="Times New Roman" w:cs="Times New Roman"/>
          <w:b/>
          <w:bCs/>
          <w:sz w:val="22"/>
        </w:rPr>
        <w:t>Facility Representative</w:t>
      </w:r>
      <w:r w:rsidRPr="00772C0F">
        <w:rPr>
          <w:rFonts w:eastAsia="Times New Roman" w:cs="Times New Roman"/>
          <w:sz w:val="22"/>
        </w:rPr>
        <w:t xml:space="preserve"> that all terms of this Agreement have been satisfied. </w:t>
      </w:r>
      <w:r w:rsidRPr="00772C0F">
        <w:rPr>
          <w:rFonts w:eastAsia="Times New Roman" w:cs="Times New Roman"/>
          <w:b/>
          <w:bCs/>
          <w:sz w:val="22"/>
        </w:rPr>
        <w:t>Security Deposit refunds are generally processed within Five (5) to Seven (7) Business Days after the event, provided no additional inspection, repair estimates, or damage assessments are required.</w:t>
      </w:r>
    </w:p>
    <w:tbl>
      <w:tblPr>
        <w:tblW w:w="0" w:type="auto"/>
        <w:tblCellSpacing w:w="15" w:type="dxa"/>
        <w:tblLook w:val="04A0" w:firstRow="1" w:lastRow="0" w:firstColumn="1" w:lastColumn="0" w:noHBand="0" w:noVBand="1"/>
      </w:tblPr>
      <w:tblGrid>
        <w:gridCol w:w="3193"/>
        <w:gridCol w:w="1734"/>
      </w:tblGrid>
      <w:tr w:rsidR="00B62789" w:rsidRPr="00772C0F" w14:paraId="523CB976" w14:textId="77777777" w:rsidTr="00B62789">
        <w:trPr>
          <w:tblHeader/>
          <w:tblCellSpacing w:w="15" w:type="dxa"/>
        </w:trPr>
        <w:tc>
          <w:tcPr>
            <w:tcW w:w="0" w:type="auto"/>
            <w:tcMar>
              <w:top w:w="15" w:type="dxa"/>
              <w:left w:w="15" w:type="dxa"/>
              <w:bottom w:w="15" w:type="dxa"/>
              <w:right w:w="15" w:type="dxa"/>
            </w:tcMar>
            <w:vAlign w:val="center"/>
            <w:hideMark/>
          </w:tcPr>
          <w:p w14:paraId="7A923B7A" w14:textId="77777777" w:rsidR="00B62789" w:rsidRPr="00772C0F" w:rsidRDefault="00B62789">
            <w:pPr>
              <w:spacing w:after="0" w:line="240" w:lineRule="auto"/>
              <w:rPr>
                <w:rFonts w:eastAsia="Times New Roman" w:cs="Times New Roman"/>
                <w:b/>
                <w:bCs/>
                <w:kern w:val="2"/>
                <w:sz w:val="22"/>
                <w14:ligatures w14:val="standardContextual"/>
              </w:rPr>
            </w:pPr>
            <w:r w:rsidRPr="00772C0F">
              <w:rPr>
                <w:rFonts w:eastAsia="Times New Roman" w:cs="Times New Roman"/>
                <w:b/>
                <w:bCs/>
                <w:kern w:val="2"/>
                <w:sz w:val="22"/>
                <w14:ligatures w14:val="standardContextual"/>
              </w:rPr>
              <w:t>Rental Package</w:t>
            </w:r>
          </w:p>
        </w:tc>
        <w:tc>
          <w:tcPr>
            <w:tcW w:w="0" w:type="auto"/>
            <w:tcMar>
              <w:top w:w="15" w:type="dxa"/>
              <w:left w:w="15" w:type="dxa"/>
              <w:bottom w:w="15" w:type="dxa"/>
              <w:right w:w="15" w:type="dxa"/>
            </w:tcMar>
            <w:vAlign w:val="center"/>
            <w:hideMark/>
          </w:tcPr>
          <w:p w14:paraId="5700BC18" w14:textId="77777777" w:rsidR="00B62789" w:rsidRPr="00772C0F" w:rsidRDefault="00B62789">
            <w:pPr>
              <w:spacing w:after="0" w:line="240" w:lineRule="auto"/>
              <w:rPr>
                <w:rFonts w:eastAsia="Times New Roman" w:cs="Times New Roman"/>
                <w:b/>
                <w:bCs/>
                <w:kern w:val="2"/>
                <w:sz w:val="22"/>
                <w14:ligatures w14:val="standardContextual"/>
              </w:rPr>
            </w:pPr>
            <w:r w:rsidRPr="00772C0F">
              <w:rPr>
                <w:rFonts w:eastAsia="Times New Roman" w:cs="Times New Roman"/>
                <w:b/>
                <w:bCs/>
                <w:kern w:val="2"/>
                <w:sz w:val="22"/>
                <w14:ligatures w14:val="standardContextual"/>
              </w:rPr>
              <w:t>Security Deposit</w:t>
            </w:r>
          </w:p>
        </w:tc>
      </w:tr>
      <w:tr w:rsidR="00B62789" w:rsidRPr="00772C0F" w14:paraId="49D45EAE" w14:textId="77777777" w:rsidTr="00B62789">
        <w:trPr>
          <w:tblCellSpacing w:w="15" w:type="dxa"/>
        </w:trPr>
        <w:tc>
          <w:tcPr>
            <w:tcW w:w="0" w:type="auto"/>
            <w:tcMar>
              <w:top w:w="15" w:type="dxa"/>
              <w:left w:w="15" w:type="dxa"/>
              <w:bottom w:w="15" w:type="dxa"/>
              <w:right w:w="15" w:type="dxa"/>
            </w:tcMar>
            <w:vAlign w:val="center"/>
            <w:hideMark/>
          </w:tcPr>
          <w:p w14:paraId="7EA3CE69" w14:textId="77777777" w:rsidR="00B62789" w:rsidRPr="00772C0F" w:rsidRDefault="00B62789">
            <w:pPr>
              <w:spacing w:after="0" w:line="240" w:lineRule="auto"/>
              <w:rPr>
                <w:rFonts w:eastAsia="Times New Roman" w:cs="Times New Roman"/>
                <w:kern w:val="2"/>
                <w:sz w:val="22"/>
                <w14:ligatures w14:val="standardContextual"/>
              </w:rPr>
            </w:pPr>
            <w:r w:rsidRPr="00772C0F">
              <w:rPr>
                <w:rFonts w:eastAsia="Times New Roman" w:cs="Times New Roman"/>
                <w:b/>
                <w:bCs/>
                <w:kern w:val="2"/>
                <w:sz w:val="22"/>
                <w14:ligatures w14:val="standardContextual"/>
              </w:rPr>
              <w:t>Space Only Rental Package</w:t>
            </w:r>
          </w:p>
        </w:tc>
        <w:tc>
          <w:tcPr>
            <w:tcW w:w="0" w:type="auto"/>
            <w:tcMar>
              <w:top w:w="15" w:type="dxa"/>
              <w:left w:w="15" w:type="dxa"/>
              <w:bottom w:w="15" w:type="dxa"/>
              <w:right w:w="15" w:type="dxa"/>
            </w:tcMar>
            <w:vAlign w:val="center"/>
            <w:hideMark/>
          </w:tcPr>
          <w:p w14:paraId="6D329D95" w14:textId="77777777" w:rsidR="00B62789" w:rsidRPr="00772C0F" w:rsidRDefault="00B62789">
            <w:pPr>
              <w:spacing w:after="0" w:line="240" w:lineRule="auto"/>
              <w:rPr>
                <w:rFonts w:eastAsia="Times New Roman" w:cs="Times New Roman"/>
                <w:kern w:val="2"/>
                <w:sz w:val="22"/>
                <w14:ligatures w14:val="standardContextual"/>
              </w:rPr>
            </w:pPr>
            <w:r w:rsidRPr="00772C0F">
              <w:rPr>
                <w:rFonts w:eastAsia="Times New Roman" w:cs="Times New Roman"/>
                <w:b/>
                <w:bCs/>
                <w:kern w:val="2"/>
                <w:sz w:val="22"/>
                <w14:ligatures w14:val="standardContextual"/>
              </w:rPr>
              <w:t xml:space="preserve">   $100</w:t>
            </w:r>
          </w:p>
        </w:tc>
      </w:tr>
      <w:tr w:rsidR="00B62789" w:rsidRPr="00772C0F" w14:paraId="42F083CD" w14:textId="77777777" w:rsidTr="00B62789">
        <w:trPr>
          <w:tblCellSpacing w:w="15" w:type="dxa"/>
        </w:trPr>
        <w:tc>
          <w:tcPr>
            <w:tcW w:w="0" w:type="auto"/>
            <w:tcMar>
              <w:top w:w="15" w:type="dxa"/>
              <w:left w:w="15" w:type="dxa"/>
              <w:bottom w:w="15" w:type="dxa"/>
              <w:right w:w="15" w:type="dxa"/>
            </w:tcMar>
            <w:vAlign w:val="center"/>
            <w:hideMark/>
          </w:tcPr>
          <w:p w14:paraId="7341154C" w14:textId="77777777" w:rsidR="00B62789" w:rsidRPr="00772C0F" w:rsidRDefault="00B62789">
            <w:pPr>
              <w:spacing w:after="0" w:line="240" w:lineRule="auto"/>
              <w:rPr>
                <w:rFonts w:eastAsia="Times New Roman" w:cs="Times New Roman"/>
                <w:kern w:val="2"/>
                <w:sz w:val="22"/>
                <w14:ligatures w14:val="standardContextual"/>
              </w:rPr>
            </w:pPr>
            <w:r w:rsidRPr="00772C0F">
              <w:rPr>
                <w:rFonts w:eastAsia="Times New Roman" w:cs="Times New Roman"/>
                <w:b/>
                <w:bCs/>
                <w:kern w:val="2"/>
                <w:sz w:val="22"/>
                <w14:ligatures w14:val="standardContextual"/>
              </w:rPr>
              <w:t>Full Experience Rental Package</w:t>
            </w:r>
          </w:p>
        </w:tc>
        <w:tc>
          <w:tcPr>
            <w:tcW w:w="0" w:type="auto"/>
            <w:tcMar>
              <w:top w:w="15" w:type="dxa"/>
              <w:left w:w="15" w:type="dxa"/>
              <w:bottom w:w="15" w:type="dxa"/>
              <w:right w:w="15" w:type="dxa"/>
            </w:tcMar>
            <w:vAlign w:val="center"/>
            <w:hideMark/>
          </w:tcPr>
          <w:p w14:paraId="22DAE784" w14:textId="77777777" w:rsidR="00B62789" w:rsidRPr="00772C0F" w:rsidRDefault="00B62789">
            <w:pPr>
              <w:spacing w:after="0" w:line="240" w:lineRule="auto"/>
              <w:rPr>
                <w:rFonts w:eastAsia="Times New Roman" w:cs="Times New Roman"/>
                <w:kern w:val="2"/>
                <w:sz w:val="22"/>
                <w14:ligatures w14:val="standardContextual"/>
              </w:rPr>
            </w:pPr>
            <w:r w:rsidRPr="00772C0F">
              <w:rPr>
                <w:rFonts w:eastAsia="Times New Roman" w:cs="Times New Roman"/>
                <w:b/>
                <w:bCs/>
                <w:kern w:val="2"/>
                <w:sz w:val="22"/>
                <w14:ligatures w14:val="standardContextual"/>
              </w:rPr>
              <w:t xml:space="preserve">   $150</w:t>
            </w:r>
          </w:p>
        </w:tc>
      </w:tr>
    </w:tbl>
    <w:p w14:paraId="1FFD28F0"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4E0F589A">
          <v:rect id="_x0000_i1034" style="width:468pt;height:1.5pt" o:hralign="center" o:hrstd="t" o:hr="t" fillcolor="#a0a0a0" stroked="f"/>
        </w:pict>
      </w:r>
    </w:p>
    <w:p w14:paraId="4E185461" w14:textId="77777777" w:rsidR="00B62789" w:rsidRPr="00772C0F" w:rsidRDefault="00B62789" w:rsidP="00772C0F">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SECURITY DEPOSIT DEDUCTIONS</w:t>
      </w:r>
    </w:p>
    <w:p w14:paraId="1669FB3C"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Damage to the building, walls, windows, doors, ceilings, floors, or restrooms.</w:t>
      </w:r>
      <w:r w:rsidRPr="00772C0F">
        <w:rPr>
          <w:rFonts w:eastAsia="Times New Roman" w:cs="Times New Roman"/>
          <w:sz w:val="22"/>
        </w:rPr>
        <w:br/>
        <w:t>▪ Damage to tables, chairs, furniture, televisions, games, electronics, or equipment.</w:t>
      </w:r>
      <w:r w:rsidRPr="00772C0F">
        <w:rPr>
          <w:rFonts w:eastAsia="Times New Roman" w:cs="Times New Roman"/>
          <w:sz w:val="22"/>
        </w:rPr>
        <w:br/>
        <w:t>▪ Missing furniture, equipment, or Facility property.</w:t>
      </w:r>
      <w:r w:rsidRPr="00772C0F">
        <w:rPr>
          <w:rFonts w:eastAsia="Times New Roman" w:cs="Times New Roman"/>
          <w:sz w:val="22"/>
        </w:rPr>
        <w:br/>
        <w:t>▪ Excessive cleaning beyond normal use.</w:t>
      </w:r>
      <w:r w:rsidRPr="00772C0F">
        <w:rPr>
          <w:rFonts w:eastAsia="Times New Roman" w:cs="Times New Roman"/>
          <w:sz w:val="22"/>
        </w:rPr>
        <w:br/>
        <w:t>▪ Failure to complete required cleanup.</w:t>
      </w:r>
      <w:r w:rsidRPr="00772C0F">
        <w:rPr>
          <w:rFonts w:eastAsia="Times New Roman" w:cs="Times New Roman"/>
          <w:sz w:val="22"/>
        </w:rPr>
        <w:br/>
        <w:t>▪ Trash removal or disposal of items left behind.</w:t>
      </w:r>
      <w:r w:rsidRPr="00772C0F">
        <w:rPr>
          <w:rFonts w:eastAsia="Times New Roman" w:cs="Times New Roman"/>
          <w:sz w:val="22"/>
        </w:rPr>
        <w:br/>
        <w:t xml:space="preserve">▪ Damage caused by decorations, tape, adhesives, nails, screws, staples, </w:t>
      </w:r>
      <w:r w:rsidRPr="00772C0F">
        <w:rPr>
          <w:rFonts w:eastAsia="Times New Roman" w:cs="Times New Roman"/>
          <w:b/>
          <w:bCs/>
          <w:sz w:val="22"/>
        </w:rPr>
        <w:t>etc.</w:t>
      </w:r>
      <w:r w:rsidRPr="00772C0F">
        <w:rPr>
          <w:rFonts w:eastAsia="Times New Roman" w:cs="Times New Roman"/>
          <w:sz w:val="22"/>
        </w:rPr>
        <w:br/>
        <w:t>▪ Unauthorized movement or misuse of equipment.</w:t>
      </w:r>
      <w:r w:rsidRPr="00772C0F">
        <w:rPr>
          <w:rFonts w:eastAsia="Times New Roman" w:cs="Times New Roman"/>
          <w:sz w:val="22"/>
        </w:rPr>
        <w:br/>
        <w:t>▪ Plumbing or restroom damage caused by misuse.</w:t>
      </w:r>
      <w:r w:rsidRPr="00772C0F">
        <w:rPr>
          <w:rFonts w:eastAsia="Times New Roman" w:cs="Times New Roman"/>
          <w:sz w:val="22"/>
        </w:rPr>
        <w:br/>
        <w:t>▪ Failure to secure and lock the building after the event.</w:t>
      </w:r>
      <w:r w:rsidRPr="00772C0F">
        <w:rPr>
          <w:rFonts w:eastAsia="Times New Roman" w:cs="Times New Roman"/>
          <w:sz w:val="22"/>
        </w:rPr>
        <w:br/>
        <w:t xml:space="preserve">▪ Violations of this </w:t>
      </w:r>
      <w:r w:rsidRPr="00772C0F">
        <w:rPr>
          <w:rFonts w:eastAsia="Times New Roman" w:cs="Times New Roman"/>
          <w:b/>
          <w:bCs/>
          <w:sz w:val="22"/>
        </w:rPr>
        <w:t>Facility Rental Agreement &amp; Policies</w:t>
      </w:r>
      <w:r w:rsidRPr="00772C0F">
        <w:rPr>
          <w:rFonts w:eastAsia="Times New Roman" w:cs="Times New Roman"/>
          <w:sz w:val="22"/>
        </w:rPr>
        <w:t xml:space="preserve"> resulting in additional expenses.</w:t>
      </w:r>
    </w:p>
    <w:p w14:paraId="7AD7F925"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If damages, cleaning charges, missing items, or other expenses exceed the amount of the Security Deposit, the Renter agrees to pay the remaining balance within Ten (10) Business Days after receiving written notice and an itemized invoice from the Facility Representative. Failure to remit payment may result in collection efforts or any other legal remedies permitted by law.</w:t>
      </w:r>
    </w:p>
    <w:p w14:paraId="4A7E042A"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3DC6E137">
          <v:rect id="_x0000_i1035" style="width:468pt;height:1.5pt" o:hralign="center" o:hrstd="t" o:hr="t" fillcolor="#a0a0a0" stroked="f"/>
        </w:pict>
      </w:r>
    </w:p>
    <w:p w14:paraId="7FE6962E" w14:textId="77777777" w:rsidR="0064110A" w:rsidRDefault="00B62789" w:rsidP="0064110A">
      <w:pPr>
        <w:spacing w:before="100" w:beforeAutospacing="1" w:after="100" w:afterAutospacing="1" w:line="240" w:lineRule="auto"/>
        <w:jc w:val="center"/>
        <w:outlineLvl w:val="1"/>
        <w:rPr>
          <w:rFonts w:eastAsia="Times New Roman" w:cs="Times New Roman"/>
          <w:b/>
          <w:bCs/>
          <w:sz w:val="24"/>
          <w:szCs w:val="24"/>
        </w:rPr>
      </w:pPr>
      <w:r w:rsidRPr="00C2666A">
        <w:rPr>
          <w:rFonts w:eastAsia="Times New Roman" w:cs="Times New Roman"/>
          <w:b/>
          <w:bCs/>
          <w:sz w:val="24"/>
          <w:szCs w:val="24"/>
        </w:rPr>
        <w:t>CANCELLATION &amp; REFUND POLICY</w:t>
      </w:r>
    </w:p>
    <w:p w14:paraId="0AA03781" w14:textId="7AE009D8" w:rsidR="00C2666A" w:rsidRPr="00C2666A" w:rsidRDefault="00C2666A" w:rsidP="0064110A">
      <w:pPr>
        <w:spacing w:before="100" w:beforeAutospacing="1" w:after="100" w:afterAutospacing="1" w:line="240" w:lineRule="auto"/>
        <w:outlineLvl w:val="1"/>
        <w:rPr>
          <w:rFonts w:eastAsia="Times New Roman" w:cs="Times New Roman"/>
          <w:b/>
          <w:bCs/>
          <w:sz w:val="22"/>
        </w:rPr>
      </w:pPr>
      <w:r w:rsidRPr="00C2666A">
        <w:rPr>
          <w:rFonts w:eastAsia="Times New Roman" w:cs="Times New Roman"/>
          <w:b/>
          <w:bCs/>
          <w:sz w:val="22"/>
        </w:rPr>
        <w:t>22 or More Days Before Your Event</w:t>
      </w:r>
    </w:p>
    <w:p w14:paraId="3F7DFF25" w14:textId="77777777" w:rsidR="00C2666A" w:rsidRPr="00C2666A" w:rsidRDefault="00C2666A" w:rsidP="00C2666A">
      <w:pPr>
        <w:numPr>
          <w:ilvl w:val="0"/>
          <w:numId w:val="10"/>
        </w:numPr>
        <w:spacing w:before="100" w:beforeAutospacing="1" w:after="100" w:afterAutospacing="1" w:line="240" w:lineRule="auto"/>
        <w:rPr>
          <w:rFonts w:eastAsia="Times New Roman" w:cs="Times New Roman"/>
          <w:sz w:val="22"/>
        </w:rPr>
      </w:pPr>
      <w:r w:rsidRPr="00C2666A">
        <w:rPr>
          <w:rFonts w:eastAsia="Times New Roman" w:cs="Times New Roman"/>
          <w:sz w:val="22"/>
        </w:rPr>
        <w:t xml:space="preserve">The </w:t>
      </w:r>
      <w:r w:rsidRPr="00C2666A">
        <w:rPr>
          <w:rFonts w:eastAsia="Times New Roman" w:cs="Times New Roman"/>
          <w:b/>
          <w:bCs/>
          <w:sz w:val="22"/>
        </w:rPr>
        <w:t>Reservation Payment</w:t>
      </w:r>
      <w:r w:rsidRPr="00C2666A">
        <w:rPr>
          <w:rFonts w:eastAsia="Times New Roman" w:cs="Times New Roman"/>
          <w:sz w:val="22"/>
        </w:rPr>
        <w:t xml:space="preserve"> is non-refundable. </w:t>
      </w:r>
    </w:p>
    <w:p w14:paraId="5FB1F985" w14:textId="77777777" w:rsidR="00C2666A" w:rsidRPr="00C2666A" w:rsidRDefault="00C2666A" w:rsidP="00C2666A">
      <w:pPr>
        <w:numPr>
          <w:ilvl w:val="0"/>
          <w:numId w:val="10"/>
        </w:numPr>
        <w:spacing w:before="100" w:beforeAutospacing="1" w:after="100" w:afterAutospacing="1" w:line="240" w:lineRule="auto"/>
        <w:rPr>
          <w:rFonts w:eastAsia="Times New Roman" w:cs="Times New Roman"/>
          <w:sz w:val="22"/>
        </w:rPr>
      </w:pPr>
      <w:r w:rsidRPr="00C2666A">
        <w:rPr>
          <w:rFonts w:eastAsia="Times New Roman" w:cs="Times New Roman"/>
          <w:sz w:val="22"/>
        </w:rPr>
        <w:t xml:space="preserve">Any </w:t>
      </w:r>
      <w:r w:rsidRPr="00C2666A">
        <w:rPr>
          <w:rFonts w:eastAsia="Times New Roman" w:cs="Times New Roman"/>
          <w:b/>
          <w:bCs/>
          <w:sz w:val="22"/>
        </w:rPr>
        <w:t>Security Deposit</w:t>
      </w:r>
      <w:r w:rsidRPr="00C2666A">
        <w:rPr>
          <w:rFonts w:eastAsia="Times New Roman" w:cs="Times New Roman"/>
          <w:sz w:val="22"/>
        </w:rPr>
        <w:t xml:space="preserve"> and </w:t>
      </w:r>
      <w:r w:rsidRPr="00C2666A">
        <w:rPr>
          <w:rFonts w:eastAsia="Times New Roman" w:cs="Times New Roman"/>
          <w:b/>
          <w:bCs/>
          <w:sz w:val="22"/>
        </w:rPr>
        <w:t>rental payments</w:t>
      </w:r>
      <w:r w:rsidRPr="00C2666A">
        <w:rPr>
          <w:rFonts w:eastAsia="Times New Roman" w:cs="Times New Roman"/>
          <w:sz w:val="22"/>
        </w:rPr>
        <w:t xml:space="preserve"> will be refunded. </w:t>
      </w:r>
    </w:p>
    <w:p w14:paraId="49BE3D4E" w14:textId="6C2AEE17" w:rsidR="00C2666A" w:rsidRPr="00C2666A" w:rsidRDefault="00C2666A" w:rsidP="00C2666A">
      <w:pPr>
        <w:spacing w:before="100" w:beforeAutospacing="1" w:after="100" w:afterAutospacing="1" w:line="240" w:lineRule="auto"/>
        <w:rPr>
          <w:rFonts w:eastAsia="Times New Roman" w:cs="Times New Roman"/>
          <w:sz w:val="22"/>
        </w:rPr>
      </w:pPr>
      <w:r w:rsidRPr="00C2666A">
        <w:rPr>
          <w:rFonts w:eastAsia="Times New Roman" w:cs="Times New Roman"/>
          <w:b/>
          <w:bCs/>
          <w:sz w:val="22"/>
        </w:rPr>
        <w:t>21 Days or Less Before Your Event</w:t>
      </w:r>
    </w:p>
    <w:p w14:paraId="2242B8F2" w14:textId="77777777" w:rsidR="00C2666A" w:rsidRPr="00C2666A" w:rsidRDefault="00C2666A" w:rsidP="00C2666A">
      <w:pPr>
        <w:numPr>
          <w:ilvl w:val="0"/>
          <w:numId w:val="11"/>
        </w:numPr>
        <w:spacing w:before="100" w:beforeAutospacing="1" w:after="100" w:afterAutospacing="1" w:line="240" w:lineRule="auto"/>
        <w:rPr>
          <w:rFonts w:eastAsia="Times New Roman" w:cs="Times New Roman"/>
          <w:sz w:val="22"/>
        </w:rPr>
      </w:pPr>
      <w:r w:rsidRPr="00C2666A">
        <w:rPr>
          <w:rFonts w:eastAsia="Times New Roman" w:cs="Times New Roman"/>
          <w:sz w:val="22"/>
        </w:rPr>
        <w:t xml:space="preserve">The </w:t>
      </w:r>
      <w:r w:rsidRPr="00C2666A">
        <w:rPr>
          <w:rFonts w:eastAsia="Times New Roman" w:cs="Times New Roman"/>
          <w:b/>
          <w:bCs/>
          <w:sz w:val="22"/>
        </w:rPr>
        <w:t>Reservation Payment</w:t>
      </w:r>
      <w:r w:rsidRPr="00C2666A">
        <w:rPr>
          <w:rFonts w:eastAsia="Times New Roman" w:cs="Times New Roman"/>
          <w:sz w:val="22"/>
        </w:rPr>
        <w:t xml:space="preserve"> is non-refundable. </w:t>
      </w:r>
    </w:p>
    <w:p w14:paraId="74BDED0F" w14:textId="77777777" w:rsidR="00C2666A" w:rsidRPr="00C2666A" w:rsidRDefault="00C2666A" w:rsidP="00C2666A">
      <w:pPr>
        <w:numPr>
          <w:ilvl w:val="0"/>
          <w:numId w:val="11"/>
        </w:numPr>
        <w:spacing w:before="100" w:beforeAutospacing="1" w:after="100" w:afterAutospacing="1" w:line="240" w:lineRule="auto"/>
        <w:rPr>
          <w:rFonts w:eastAsia="Times New Roman" w:cs="Times New Roman"/>
          <w:sz w:val="22"/>
        </w:rPr>
      </w:pPr>
      <w:r w:rsidRPr="00C2666A">
        <w:rPr>
          <w:rFonts w:eastAsia="Times New Roman" w:cs="Times New Roman"/>
          <w:b/>
          <w:bCs/>
          <w:sz w:val="22"/>
        </w:rPr>
        <w:t>Rental payments</w:t>
      </w:r>
      <w:r w:rsidRPr="00C2666A">
        <w:rPr>
          <w:rFonts w:eastAsia="Times New Roman" w:cs="Times New Roman"/>
          <w:sz w:val="22"/>
        </w:rPr>
        <w:t xml:space="preserve"> are non-refundable. </w:t>
      </w:r>
    </w:p>
    <w:p w14:paraId="6581033D" w14:textId="090145C0" w:rsidR="00C2666A" w:rsidRPr="00C2666A" w:rsidRDefault="00C2666A" w:rsidP="0064110A">
      <w:pPr>
        <w:numPr>
          <w:ilvl w:val="0"/>
          <w:numId w:val="11"/>
        </w:numPr>
        <w:spacing w:before="100" w:beforeAutospacing="1" w:after="100" w:afterAutospacing="1" w:line="240" w:lineRule="auto"/>
        <w:rPr>
          <w:rFonts w:eastAsia="Times New Roman" w:cs="Times New Roman"/>
          <w:sz w:val="22"/>
        </w:rPr>
      </w:pPr>
      <w:r w:rsidRPr="00C2666A">
        <w:rPr>
          <w:rFonts w:eastAsia="Times New Roman" w:cs="Times New Roman"/>
          <w:b/>
          <w:bCs/>
          <w:sz w:val="22"/>
        </w:rPr>
        <w:t>Security Deposits</w:t>
      </w:r>
      <w:r w:rsidRPr="00C2666A">
        <w:rPr>
          <w:rFonts w:eastAsia="Times New Roman" w:cs="Times New Roman"/>
          <w:sz w:val="22"/>
        </w:rPr>
        <w:t xml:space="preserve"> are non-refundable. Your reserved event date will be forfeited.</w:t>
      </w:r>
    </w:p>
    <w:p w14:paraId="4DFBF56E" w14:textId="10DD8249" w:rsidR="00B62789" w:rsidRPr="00772C0F" w:rsidRDefault="00B62789" w:rsidP="00B62789">
      <w:pPr>
        <w:spacing w:after="0" w:line="240" w:lineRule="auto"/>
        <w:jc w:val="center"/>
        <w:rPr>
          <w:rFonts w:eastAsia="Times New Roman" w:cs="Times New Roman"/>
          <w:sz w:val="24"/>
          <w:szCs w:val="24"/>
        </w:rPr>
      </w:pPr>
    </w:p>
    <w:p w14:paraId="560365A2" w14:textId="77777777" w:rsidR="00B62789" w:rsidRPr="00772C0F" w:rsidRDefault="00B62789" w:rsidP="008D1686">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RESCHEDULING POLICY</w:t>
      </w:r>
    </w:p>
    <w:p w14:paraId="5B5EEE89"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Requests to reschedule must be made before the original event date.</w:t>
      </w:r>
      <w:r w:rsidRPr="00772C0F">
        <w:rPr>
          <w:rFonts w:eastAsia="Times New Roman" w:cs="Times New Roman"/>
          <w:sz w:val="22"/>
        </w:rPr>
        <w:br/>
        <w:t xml:space="preserve">▪ Rescheduling is subject to Facility availability and approval by the </w:t>
      </w:r>
      <w:r w:rsidRPr="00772C0F">
        <w:rPr>
          <w:rFonts w:eastAsia="Times New Roman" w:cs="Times New Roman"/>
          <w:b/>
          <w:bCs/>
          <w:sz w:val="22"/>
        </w:rPr>
        <w:t>Facility Representative</w:t>
      </w:r>
      <w:r w:rsidRPr="00772C0F">
        <w:rPr>
          <w:rFonts w:eastAsia="Times New Roman" w:cs="Times New Roman"/>
          <w:sz w:val="22"/>
        </w:rPr>
        <w:t>.</w:t>
      </w:r>
      <w:r w:rsidRPr="00772C0F">
        <w:rPr>
          <w:rFonts w:eastAsia="Times New Roman" w:cs="Times New Roman"/>
          <w:sz w:val="22"/>
        </w:rPr>
        <w:br/>
        <w:t>▪ If approved, payments previously received may be applied toward the new event date.</w:t>
      </w:r>
      <w:r w:rsidRPr="00772C0F">
        <w:rPr>
          <w:rFonts w:eastAsia="Times New Roman" w:cs="Times New Roman"/>
          <w:sz w:val="22"/>
        </w:rPr>
        <w:br/>
        <w:t xml:space="preserve">▪ Rescheduling is permitted </w:t>
      </w:r>
      <w:r w:rsidRPr="00772C0F">
        <w:rPr>
          <w:rFonts w:eastAsia="Times New Roman" w:cs="Times New Roman"/>
          <w:b/>
          <w:bCs/>
          <w:sz w:val="22"/>
        </w:rPr>
        <w:t>One (1) Time Per Reservation</w:t>
      </w:r>
      <w:r w:rsidRPr="00772C0F">
        <w:rPr>
          <w:rFonts w:eastAsia="Times New Roman" w:cs="Times New Roman"/>
          <w:sz w:val="22"/>
        </w:rPr>
        <w:t xml:space="preserve"> unless otherwise approved in writing by management. </w:t>
      </w:r>
    </w:p>
    <w:p w14:paraId="63F1F32E"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45D4215C">
          <v:rect id="_x0000_i1037" style="width:468pt;height:1.5pt" o:hralign="center" o:hrstd="t" o:hr="t" fillcolor="#a0a0a0" stroked="f"/>
        </w:pict>
      </w:r>
    </w:p>
    <w:p w14:paraId="540B1DC0" w14:textId="77777777" w:rsidR="00B62789" w:rsidRPr="00772C0F" w:rsidRDefault="00B62789" w:rsidP="008D1686">
      <w:pPr>
        <w:spacing w:before="100" w:beforeAutospacing="1" w:after="100" w:afterAutospacing="1" w:line="240" w:lineRule="auto"/>
        <w:jc w:val="center"/>
        <w:outlineLvl w:val="1"/>
        <w:rPr>
          <w:rFonts w:eastAsia="Times New Roman" w:cs="Times New Roman"/>
          <w:b/>
          <w:bCs/>
          <w:sz w:val="24"/>
          <w:szCs w:val="24"/>
        </w:rPr>
      </w:pPr>
      <w:r w:rsidRPr="00772C0F">
        <w:rPr>
          <w:rFonts w:eastAsia="Times New Roman" w:cs="Times New Roman"/>
          <w:b/>
          <w:bCs/>
          <w:sz w:val="24"/>
          <w:szCs w:val="24"/>
        </w:rPr>
        <w:t>EVENT SUSPENSION OR TERMINATION</w:t>
      </w:r>
    </w:p>
    <w:p w14:paraId="49813A1F" w14:textId="77777777" w:rsidR="00B62789" w:rsidRPr="00772C0F" w:rsidRDefault="00B62789" w:rsidP="00B62789">
      <w:pPr>
        <w:spacing w:before="100" w:beforeAutospacing="1" w:after="100" w:afterAutospacing="1" w:line="240" w:lineRule="auto"/>
        <w:rPr>
          <w:rFonts w:eastAsia="Times New Roman" w:cs="Times New Roman"/>
          <w:sz w:val="24"/>
          <w:szCs w:val="24"/>
        </w:rPr>
      </w:pPr>
      <w:r w:rsidRPr="00772C0F">
        <w:rPr>
          <w:rFonts w:eastAsia="Times New Roman" w:cs="Times New Roman"/>
          <w:b/>
          <w:bCs/>
          <w:sz w:val="24"/>
          <w:szCs w:val="24"/>
        </w:rPr>
        <w:t>The Gathering Place reserves the right to immediately suspend or terminate an event without refund if any of the following occur:</w:t>
      </w:r>
    </w:p>
    <w:p w14:paraId="7D9F9C43"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sz w:val="22"/>
        </w:rPr>
        <w:t>▪ Illegal activity.</w:t>
      </w:r>
      <w:r w:rsidRPr="00772C0F">
        <w:rPr>
          <w:rFonts w:eastAsia="Times New Roman" w:cs="Times New Roman"/>
          <w:sz w:val="22"/>
        </w:rPr>
        <w:br/>
        <w:t>▪ Violence, threats, disorderly conduct, or fighting.</w:t>
      </w:r>
      <w:r w:rsidRPr="00772C0F">
        <w:rPr>
          <w:rFonts w:eastAsia="Times New Roman" w:cs="Times New Roman"/>
          <w:sz w:val="22"/>
        </w:rPr>
        <w:br/>
        <w:t>▪ Damage to the Facility or equipment.</w:t>
      </w:r>
      <w:r w:rsidRPr="00772C0F">
        <w:rPr>
          <w:rFonts w:eastAsia="Times New Roman" w:cs="Times New Roman"/>
          <w:sz w:val="22"/>
        </w:rPr>
        <w:br/>
        <w:t>▪ Violation of the maximum occupancy limit.</w:t>
      </w:r>
      <w:r w:rsidRPr="00772C0F">
        <w:rPr>
          <w:rFonts w:eastAsia="Times New Roman" w:cs="Times New Roman"/>
          <w:sz w:val="22"/>
        </w:rPr>
        <w:br/>
        <w:t xml:space="preserve">▪ Failure to comply with this </w:t>
      </w:r>
      <w:r w:rsidRPr="00772C0F">
        <w:rPr>
          <w:rFonts w:eastAsia="Times New Roman" w:cs="Times New Roman"/>
          <w:b/>
          <w:bCs/>
          <w:sz w:val="22"/>
        </w:rPr>
        <w:t>Facility Rental Agreement &amp; Policies</w:t>
      </w:r>
      <w:r w:rsidRPr="00772C0F">
        <w:rPr>
          <w:rFonts w:eastAsia="Times New Roman" w:cs="Times New Roman"/>
          <w:sz w:val="22"/>
        </w:rPr>
        <w:t>.</w:t>
      </w:r>
      <w:r w:rsidRPr="00772C0F">
        <w:rPr>
          <w:rFonts w:eastAsia="Times New Roman" w:cs="Times New Roman"/>
          <w:sz w:val="22"/>
        </w:rPr>
        <w:br/>
        <w:t xml:space="preserve">▪ Any situation the </w:t>
      </w:r>
      <w:r w:rsidRPr="00772C0F">
        <w:rPr>
          <w:rFonts w:eastAsia="Times New Roman" w:cs="Times New Roman"/>
          <w:b/>
          <w:bCs/>
          <w:sz w:val="22"/>
        </w:rPr>
        <w:t>Facility Representative</w:t>
      </w:r>
      <w:r w:rsidRPr="00772C0F">
        <w:rPr>
          <w:rFonts w:eastAsia="Times New Roman" w:cs="Times New Roman"/>
          <w:sz w:val="22"/>
        </w:rPr>
        <w:t xml:space="preserve"> reasonably determines places people, property, or the Facility at risk.</w:t>
      </w:r>
    </w:p>
    <w:p w14:paraId="6F3AB0D8"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7610A427">
          <v:rect id="_x0000_i1038" style="width:468pt;height:1.5pt" o:hralign="center" o:hrstd="t" o:hr="t" fillcolor="#a0a0a0" stroked="f"/>
        </w:pict>
      </w:r>
    </w:p>
    <w:p w14:paraId="2F82EF44" w14:textId="36EDDA59" w:rsidR="00B62789" w:rsidRPr="00772C0F" w:rsidRDefault="00B62789" w:rsidP="00B62789">
      <w:pPr>
        <w:spacing w:before="100" w:beforeAutospacing="1" w:after="100" w:afterAutospacing="1" w:line="240" w:lineRule="auto"/>
        <w:rPr>
          <w:rFonts w:eastAsia="Times New Roman" w:cs="Times New Roman"/>
          <w:sz w:val="16"/>
          <w:szCs w:val="16"/>
        </w:rPr>
      </w:pPr>
      <w:r w:rsidRPr="00772C0F">
        <w:rPr>
          <w:rFonts w:eastAsia="Times New Roman" w:cs="Times New Roman"/>
          <w:b/>
          <w:bCs/>
          <w:sz w:val="16"/>
          <w:szCs w:val="16"/>
        </w:rPr>
        <w:t>Renter Initials:</w:t>
      </w:r>
      <w:r w:rsidRPr="00772C0F">
        <w:rPr>
          <w:rFonts w:eastAsia="Times New Roman" w:cs="Times New Roman"/>
          <w:sz w:val="16"/>
          <w:szCs w:val="16"/>
        </w:rPr>
        <w:t xml:space="preserve"> ____________________ </w:t>
      </w:r>
      <w:r w:rsidRPr="00772C0F">
        <w:rPr>
          <w:rFonts w:eastAsia="Times New Roman" w:cs="Times New Roman"/>
          <w:b/>
          <w:bCs/>
          <w:sz w:val="16"/>
          <w:szCs w:val="16"/>
        </w:rPr>
        <w:t>Section 2 of 3</w:t>
      </w:r>
      <w:r w:rsidR="00F279BD">
        <w:rPr>
          <w:rFonts w:eastAsia="Times New Roman" w:cs="Times New Roman"/>
          <w:sz w:val="16"/>
          <w:szCs w:val="16"/>
        </w:rPr>
        <w:t xml:space="preserve"> </w:t>
      </w:r>
      <w:r w:rsidRPr="00772C0F">
        <w:rPr>
          <w:rFonts w:eastAsia="Times New Roman" w:cs="Times New Roman"/>
          <w:i/>
          <w:iCs/>
          <w:sz w:val="16"/>
          <w:szCs w:val="16"/>
        </w:rPr>
        <w:t>Version 2.0 • Revised July 2026</w:t>
      </w:r>
    </w:p>
    <w:p w14:paraId="701B6349"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19D08471"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0E449D66"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1A0EC8FF"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22F6AF8E"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263E0578"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1074EE7D"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711C6E04"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4DCBA606"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454421DB" w14:textId="77777777" w:rsidR="008F18C4" w:rsidRPr="00772C0F" w:rsidRDefault="008F18C4" w:rsidP="00B62789">
      <w:pPr>
        <w:spacing w:before="100" w:beforeAutospacing="1" w:after="100" w:afterAutospacing="1" w:line="240" w:lineRule="auto"/>
        <w:outlineLvl w:val="0"/>
        <w:rPr>
          <w:rFonts w:eastAsia="Times New Roman" w:cs="Times New Roman"/>
          <w:b/>
          <w:bCs/>
          <w:kern w:val="36"/>
          <w:sz w:val="16"/>
          <w:szCs w:val="16"/>
        </w:rPr>
      </w:pPr>
    </w:p>
    <w:p w14:paraId="3CF10E01" w14:textId="77777777" w:rsidR="0064110A" w:rsidRDefault="0064110A" w:rsidP="00B62789">
      <w:pPr>
        <w:spacing w:before="100" w:beforeAutospacing="1" w:after="100" w:afterAutospacing="1" w:line="240" w:lineRule="auto"/>
        <w:outlineLvl w:val="0"/>
        <w:rPr>
          <w:rFonts w:eastAsia="Times New Roman" w:cs="Times New Roman"/>
          <w:b/>
          <w:bCs/>
          <w:kern w:val="36"/>
          <w:sz w:val="16"/>
          <w:szCs w:val="16"/>
        </w:rPr>
      </w:pPr>
    </w:p>
    <w:p w14:paraId="1D7650F0" w14:textId="77777777" w:rsidR="0064110A" w:rsidRDefault="0064110A" w:rsidP="00B62789">
      <w:pPr>
        <w:spacing w:before="100" w:beforeAutospacing="1" w:after="100" w:afterAutospacing="1" w:line="240" w:lineRule="auto"/>
        <w:outlineLvl w:val="0"/>
        <w:rPr>
          <w:rFonts w:eastAsia="Times New Roman" w:cs="Times New Roman"/>
          <w:b/>
          <w:bCs/>
          <w:kern w:val="36"/>
          <w:sz w:val="16"/>
          <w:szCs w:val="16"/>
        </w:rPr>
      </w:pPr>
    </w:p>
    <w:p w14:paraId="634F1789" w14:textId="77777777" w:rsidR="0064110A" w:rsidRDefault="0064110A" w:rsidP="00B62789">
      <w:pPr>
        <w:spacing w:before="100" w:beforeAutospacing="1" w:after="100" w:afterAutospacing="1" w:line="240" w:lineRule="auto"/>
        <w:outlineLvl w:val="0"/>
        <w:rPr>
          <w:rFonts w:eastAsia="Times New Roman" w:cs="Times New Roman"/>
          <w:b/>
          <w:bCs/>
          <w:kern w:val="36"/>
          <w:sz w:val="16"/>
          <w:szCs w:val="16"/>
        </w:rPr>
      </w:pPr>
    </w:p>
    <w:p w14:paraId="6FA51D8B" w14:textId="77777777" w:rsidR="0010367C" w:rsidRDefault="0010367C" w:rsidP="00B62789">
      <w:pPr>
        <w:spacing w:before="100" w:beforeAutospacing="1" w:after="100" w:afterAutospacing="1" w:line="240" w:lineRule="auto"/>
        <w:outlineLvl w:val="0"/>
        <w:rPr>
          <w:rFonts w:eastAsia="Times New Roman" w:cs="Times New Roman"/>
          <w:b/>
          <w:bCs/>
          <w:kern w:val="36"/>
          <w:sz w:val="16"/>
          <w:szCs w:val="16"/>
        </w:rPr>
      </w:pPr>
    </w:p>
    <w:p w14:paraId="4D21DEAA" w14:textId="20942D93" w:rsidR="00B62789" w:rsidRPr="00772C0F" w:rsidRDefault="00B62789" w:rsidP="00B62789">
      <w:pPr>
        <w:spacing w:before="100" w:beforeAutospacing="1" w:after="100" w:afterAutospacing="1" w:line="240" w:lineRule="auto"/>
        <w:outlineLvl w:val="0"/>
        <w:rPr>
          <w:rFonts w:eastAsia="Times New Roman" w:cs="Times New Roman"/>
          <w:b/>
          <w:bCs/>
          <w:kern w:val="36"/>
          <w:sz w:val="16"/>
          <w:szCs w:val="16"/>
        </w:rPr>
      </w:pPr>
      <w:r w:rsidRPr="00772C0F">
        <w:rPr>
          <w:rFonts w:eastAsia="Times New Roman" w:cs="Times New Roman"/>
          <w:b/>
          <w:bCs/>
          <w:kern w:val="36"/>
          <w:sz w:val="16"/>
          <w:szCs w:val="16"/>
        </w:rPr>
        <w:lastRenderedPageBreak/>
        <w:t xml:space="preserve">Section </w:t>
      </w:r>
      <w:r w:rsidR="00681AF5" w:rsidRPr="00772C0F">
        <w:rPr>
          <w:rFonts w:eastAsia="Times New Roman" w:cs="Times New Roman"/>
          <w:b/>
          <w:bCs/>
          <w:kern w:val="36"/>
          <w:sz w:val="16"/>
          <w:szCs w:val="16"/>
        </w:rPr>
        <w:t>3</w:t>
      </w:r>
    </w:p>
    <w:p w14:paraId="27680D3B" w14:textId="77777777" w:rsidR="00B62789" w:rsidRPr="00772C0F" w:rsidRDefault="00B62789" w:rsidP="008D1686">
      <w:pPr>
        <w:spacing w:before="100" w:beforeAutospacing="1" w:after="100" w:afterAutospacing="1" w:line="240" w:lineRule="auto"/>
        <w:jc w:val="center"/>
        <w:outlineLvl w:val="0"/>
        <w:rPr>
          <w:rFonts w:eastAsia="Times New Roman" w:cs="Times New Roman"/>
          <w:b/>
          <w:bCs/>
          <w:kern w:val="36"/>
          <w:sz w:val="24"/>
          <w:szCs w:val="24"/>
        </w:rPr>
      </w:pPr>
      <w:r w:rsidRPr="00772C0F">
        <w:rPr>
          <w:rFonts w:eastAsia="Times New Roman" w:cs="Times New Roman"/>
          <w:b/>
          <w:bCs/>
          <w:kern w:val="36"/>
          <w:sz w:val="24"/>
          <w:szCs w:val="24"/>
        </w:rPr>
        <w:t>GENERAL TERMS &amp; CONDITIONS</w:t>
      </w:r>
    </w:p>
    <w:p w14:paraId="5DD0525E" w14:textId="77777777"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LIABILITY</w:t>
      </w:r>
    </w:p>
    <w:p w14:paraId="1BF4DA5C"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The Gathering Place, its owners, officers, employees, volunteers, agents, and the Facility Representative shall not be liable for any injury, illness, accident, death, loss, theft, or damage to persons or personal property arising from or related to the use of the Facility, except to the extent caused by gross negligence or willful misconduct as provided by applicable law.</w:t>
      </w:r>
      <w:r w:rsidRPr="00772C0F">
        <w:rPr>
          <w:rFonts w:eastAsia="Times New Roman" w:cs="Times New Roman"/>
          <w:sz w:val="22"/>
        </w:rPr>
        <w:t xml:space="preserve"> The </w:t>
      </w:r>
      <w:r w:rsidRPr="00772C0F">
        <w:rPr>
          <w:rFonts w:eastAsia="Times New Roman" w:cs="Times New Roman"/>
          <w:b/>
          <w:bCs/>
          <w:sz w:val="22"/>
        </w:rPr>
        <w:t>Renter</w:t>
      </w:r>
      <w:r w:rsidRPr="00772C0F">
        <w:rPr>
          <w:rFonts w:eastAsia="Times New Roman" w:cs="Times New Roman"/>
          <w:sz w:val="22"/>
        </w:rPr>
        <w:t xml:space="preserve"> accepts full responsibility for the conduct and safety of all guests and acknowledges that use of the Facility, its amenities, equipment, furnishings, and surrounding property is at the Renter's and guests' own risk.</w:t>
      </w:r>
    </w:p>
    <w:p w14:paraId="1B69B8B7"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77767549">
          <v:rect id="_x0000_i1039" style="width:468pt;height:1.5pt" o:hralign="center" o:hrstd="t" o:hr="t" fillcolor="#a0a0a0" stroked="f"/>
        </w:pict>
      </w:r>
    </w:p>
    <w:p w14:paraId="41E00E49" w14:textId="77777777"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PERSONAL PROPERTY</w:t>
      </w:r>
    </w:p>
    <w:p w14:paraId="4B90DD23"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The Gathering Place is not responsible for lost, stolen, or damaged personal property belonging to the Renter, guests, vendors, entertainers, caterers, decorators, photographers, DJs, or other service providers.</w:t>
      </w:r>
      <w:r w:rsidRPr="00772C0F">
        <w:rPr>
          <w:rFonts w:eastAsia="Times New Roman" w:cs="Times New Roman"/>
          <w:sz w:val="22"/>
        </w:rPr>
        <w:t xml:space="preserve"> Any personal property left behind after an event may be discarded or otherwise disposed of if not claimed within </w:t>
      </w:r>
      <w:r w:rsidRPr="00772C0F">
        <w:rPr>
          <w:rFonts w:eastAsia="Times New Roman" w:cs="Times New Roman"/>
          <w:b/>
          <w:bCs/>
          <w:sz w:val="22"/>
        </w:rPr>
        <w:t>Seven (7) Days</w:t>
      </w:r>
      <w:r w:rsidRPr="00772C0F">
        <w:rPr>
          <w:rFonts w:eastAsia="Times New Roman" w:cs="Times New Roman"/>
          <w:sz w:val="22"/>
        </w:rPr>
        <w:t xml:space="preserve">, unless prior arrangements have been approved by the </w:t>
      </w:r>
      <w:r w:rsidRPr="00772C0F">
        <w:rPr>
          <w:rFonts w:eastAsia="Times New Roman" w:cs="Times New Roman"/>
          <w:b/>
          <w:bCs/>
          <w:sz w:val="22"/>
        </w:rPr>
        <w:t>Facility Representative</w:t>
      </w:r>
      <w:r w:rsidRPr="00772C0F">
        <w:rPr>
          <w:rFonts w:eastAsia="Times New Roman" w:cs="Times New Roman"/>
          <w:sz w:val="22"/>
        </w:rPr>
        <w:t>.</w:t>
      </w:r>
    </w:p>
    <w:p w14:paraId="0F8060A8"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167E5AF2">
          <v:rect id="_x0000_i1040" style="width:468pt;height:1.5pt" o:hralign="center" o:hrstd="t" o:hr="t" fillcolor="#a0a0a0" stroked="f"/>
        </w:pict>
      </w:r>
    </w:p>
    <w:p w14:paraId="4B08D7CF" w14:textId="6ECAFB22" w:rsidR="00B62789" w:rsidRPr="00772C0F" w:rsidRDefault="000444D4"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 xml:space="preserve">EMERGENCIES </w:t>
      </w:r>
      <w:r w:rsidRPr="0064110A">
        <w:rPr>
          <w:rFonts w:eastAsia="Times New Roman" w:cs="Times New Roman"/>
          <w:sz w:val="24"/>
          <w:szCs w:val="24"/>
        </w:rPr>
        <w:t>(</w:t>
      </w:r>
      <w:r w:rsidR="00A3774C" w:rsidRPr="0064110A">
        <w:rPr>
          <w:rFonts w:eastAsia="Times New Roman" w:cs="Times New Roman"/>
          <w:sz w:val="24"/>
          <w:szCs w:val="24"/>
        </w:rPr>
        <w:t>Office: 361-433-5050/After Hours 386-301-9996)</w:t>
      </w:r>
    </w:p>
    <w:p w14:paraId="2D4C04AE"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In the event of an emergency, the Renter shall immediately notify the Facility Representative and contact emergency services by calling 911 when appropriate.</w:t>
      </w:r>
      <w:r w:rsidRPr="00772C0F">
        <w:rPr>
          <w:rFonts w:eastAsia="Times New Roman" w:cs="Times New Roman"/>
          <w:sz w:val="22"/>
        </w:rPr>
        <w:t xml:space="preserve"> The </w:t>
      </w:r>
      <w:r w:rsidRPr="00772C0F">
        <w:rPr>
          <w:rFonts w:eastAsia="Times New Roman" w:cs="Times New Roman"/>
          <w:b/>
          <w:bCs/>
          <w:sz w:val="22"/>
        </w:rPr>
        <w:t>Renter</w:t>
      </w:r>
      <w:r w:rsidRPr="00772C0F">
        <w:rPr>
          <w:rFonts w:eastAsia="Times New Roman" w:cs="Times New Roman"/>
          <w:sz w:val="22"/>
        </w:rPr>
        <w:t xml:space="preserve"> agrees to cooperate fully with emergency responders and the </w:t>
      </w:r>
      <w:r w:rsidRPr="00772C0F">
        <w:rPr>
          <w:rFonts w:eastAsia="Times New Roman" w:cs="Times New Roman"/>
          <w:b/>
          <w:bCs/>
          <w:sz w:val="22"/>
        </w:rPr>
        <w:t>Facility Representative</w:t>
      </w:r>
      <w:r w:rsidRPr="00772C0F">
        <w:rPr>
          <w:rFonts w:eastAsia="Times New Roman" w:cs="Times New Roman"/>
          <w:sz w:val="22"/>
        </w:rPr>
        <w:t>, follow all instructions provided during the emergency, and take reasonable actions necessary to protect the safety of all persons and the Facility.</w:t>
      </w:r>
    </w:p>
    <w:p w14:paraId="585C50F0"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0873BF46">
          <v:rect id="_x0000_i1041" style="width:468pt;height:1.5pt" o:hralign="center" o:hrstd="t" o:hr="t" fillcolor="#a0a0a0" stroked="f"/>
        </w:pict>
      </w:r>
    </w:p>
    <w:p w14:paraId="6899FD33" w14:textId="77777777"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SEVERABILITY</w:t>
      </w:r>
    </w:p>
    <w:p w14:paraId="76936A96"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If any provision of this Facility Rental Agreement &amp; Policies is determined to be invalid or unenforceable by a court of competent jurisdiction,</w:t>
      </w:r>
      <w:r w:rsidRPr="00772C0F">
        <w:rPr>
          <w:rFonts w:eastAsia="Times New Roman" w:cs="Times New Roman"/>
          <w:sz w:val="22"/>
        </w:rPr>
        <w:t xml:space="preserve"> the remaining provisions shall remain in full force and effect and continue to be binding upon all parties.</w:t>
      </w:r>
    </w:p>
    <w:p w14:paraId="106CED43"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5B7D8D3C">
          <v:rect id="_x0000_i1042" style="width:468pt;height:1.5pt" o:hralign="center" o:hrstd="t" o:hr="t" fillcolor="#a0a0a0" stroked="f"/>
        </w:pict>
      </w:r>
    </w:p>
    <w:p w14:paraId="3DD6E50D" w14:textId="77777777"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GOVERNING LAW</w:t>
      </w:r>
    </w:p>
    <w:p w14:paraId="781E0906"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This Facility Rental Agreement &amp; Policies shall be governed by and interpreted in accordance with the laws of the State of Texas.</w:t>
      </w:r>
      <w:r w:rsidRPr="00772C0F">
        <w:rPr>
          <w:rFonts w:eastAsia="Times New Roman" w:cs="Times New Roman"/>
          <w:sz w:val="22"/>
        </w:rPr>
        <w:t xml:space="preserve"> Any legal action arising out of or relating to this Agreement shall be brought in a court of competent jurisdiction located in </w:t>
      </w:r>
      <w:r w:rsidRPr="00772C0F">
        <w:rPr>
          <w:rFonts w:eastAsia="Times New Roman" w:cs="Times New Roman"/>
          <w:b/>
          <w:bCs/>
          <w:sz w:val="22"/>
        </w:rPr>
        <w:t>Jackson County, Texas</w:t>
      </w:r>
      <w:r w:rsidRPr="00772C0F">
        <w:rPr>
          <w:rFonts w:eastAsia="Times New Roman" w:cs="Times New Roman"/>
          <w:sz w:val="22"/>
        </w:rPr>
        <w:t>, unless otherwise required by applicable law.</w:t>
      </w:r>
    </w:p>
    <w:p w14:paraId="334D1B33"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7AA02876">
          <v:rect id="_x0000_i1043" style="width:468pt;height:1.5pt" o:hralign="center" o:hrstd="t" o:hr="t" fillcolor="#a0a0a0" stroked="f"/>
        </w:pict>
      </w:r>
    </w:p>
    <w:p w14:paraId="73B27C54" w14:textId="77777777" w:rsidR="0064110A" w:rsidRDefault="0064110A" w:rsidP="00B62789">
      <w:pPr>
        <w:spacing w:before="100" w:beforeAutospacing="1" w:after="100" w:afterAutospacing="1" w:line="240" w:lineRule="auto"/>
        <w:outlineLvl w:val="1"/>
        <w:rPr>
          <w:rFonts w:eastAsia="Times New Roman" w:cs="Times New Roman"/>
          <w:b/>
          <w:bCs/>
          <w:sz w:val="24"/>
          <w:szCs w:val="24"/>
        </w:rPr>
      </w:pPr>
    </w:p>
    <w:p w14:paraId="360493B2" w14:textId="77777777" w:rsidR="00F279BD" w:rsidRDefault="00F279BD" w:rsidP="00B62789">
      <w:pPr>
        <w:spacing w:before="100" w:beforeAutospacing="1" w:after="100" w:afterAutospacing="1" w:line="240" w:lineRule="auto"/>
        <w:outlineLvl w:val="1"/>
        <w:rPr>
          <w:rFonts w:eastAsia="Times New Roman" w:cs="Times New Roman"/>
          <w:b/>
          <w:bCs/>
          <w:sz w:val="24"/>
          <w:szCs w:val="24"/>
        </w:rPr>
      </w:pPr>
    </w:p>
    <w:p w14:paraId="30193C49" w14:textId="5DDE58E1"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ENTIRE AGREEMENT</w:t>
      </w:r>
    </w:p>
    <w:p w14:paraId="532A7E4E"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This Facility Rental Agreement &amp; Policies constitutes the complete and entire agreement between The Gathering Place and the Renter concerning the rental and use of the Facility and supersedes all prior discussions, negotiations, representations, promises, or agreements, whether oral or written.</w:t>
      </w:r>
      <w:r w:rsidRPr="00772C0F">
        <w:rPr>
          <w:rFonts w:eastAsia="Times New Roman" w:cs="Times New Roman"/>
          <w:sz w:val="22"/>
        </w:rPr>
        <w:t xml:space="preserve"> No amendment, waiver, or modification shall be valid unless made in writing and signed by both parties. The </w:t>
      </w:r>
      <w:r w:rsidRPr="00772C0F">
        <w:rPr>
          <w:rFonts w:eastAsia="Times New Roman" w:cs="Times New Roman"/>
          <w:b/>
          <w:bCs/>
          <w:sz w:val="22"/>
        </w:rPr>
        <w:t>Renter</w:t>
      </w:r>
      <w:r w:rsidRPr="00772C0F">
        <w:rPr>
          <w:rFonts w:eastAsia="Times New Roman" w:cs="Times New Roman"/>
          <w:sz w:val="22"/>
        </w:rPr>
        <w:t xml:space="preserve"> further acknowledges that no verbal statements, promises, or representations not contained within this written Agreement shall modify or supersede its terms unless approved in writing by management of The Gathering Place.</w:t>
      </w:r>
    </w:p>
    <w:p w14:paraId="203C629C"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6D3D25C2">
          <v:rect id="_x0000_i1044" style="width:468pt;height:1.5pt" o:hralign="center" o:hrstd="t" o:hr="t" fillcolor="#a0a0a0" stroked="f"/>
        </w:pict>
      </w:r>
    </w:p>
    <w:p w14:paraId="479FC035" w14:textId="77777777"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AGREEMENT ACKNOWLEDGEMENT</w:t>
      </w:r>
    </w:p>
    <w:p w14:paraId="569D7A4F" w14:textId="77777777" w:rsidR="00B62789" w:rsidRPr="00772C0F" w:rsidRDefault="00B62789" w:rsidP="00B62789">
      <w:pPr>
        <w:spacing w:before="100" w:beforeAutospacing="1" w:after="100" w:afterAutospacing="1" w:line="240" w:lineRule="auto"/>
        <w:rPr>
          <w:rFonts w:eastAsia="Times New Roman" w:cs="Times New Roman"/>
          <w:sz w:val="22"/>
        </w:rPr>
      </w:pPr>
      <w:r w:rsidRPr="00772C0F">
        <w:rPr>
          <w:rFonts w:eastAsia="Times New Roman" w:cs="Times New Roman"/>
          <w:b/>
          <w:bCs/>
          <w:sz w:val="22"/>
        </w:rPr>
        <w:t>By signing this Agreement, the Renter acknowledges that he or she has carefully read, understands, and voluntarily agrees to comply with all terms, conditions, policies, responsibilities, financial obligations, and requirements contained within this Facility Rental Agreement &amp; Policies.</w:t>
      </w:r>
    </w:p>
    <w:p w14:paraId="726A065B"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5DDE7D15">
          <v:rect id="_x0000_i1045" style="width:468pt;height:1.5pt" o:hralign="center" o:hrstd="t" o:hr="t" fillcolor="#a0a0a0" stroked="f"/>
        </w:pict>
      </w:r>
    </w:p>
    <w:p w14:paraId="7DED85B8" w14:textId="19B94B83" w:rsidR="00B62789" w:rsidRPr="00772C0F" w:rsidRDefault="00B62789" w:rsidP="00B62789">
      <w:pPr>
        <w:spacing w:before="100" w:beforeAutospacing="1" w:after="100" w:afterAutospacing="1" w:line="240" w:lineRule="auto"/>
        <w:rPr>
          <w:rFonts w:eastAsia="Times New Roman" w:cs="Times New Roman"/>
          <w:sz w:val="16"/>
          <w:szCs w:val="16"/>
        </w:rPr>
      </w:pPr>
      <w:r w:rsidRPr="00772C0F">
        <w:rPr>
          <w:rFonts w:eastAsia="Times New Roman" w:cs="Times New Roman"/>
          <w:b/>
          <w:bCs/>
          <w:sz w:val="16"/>
          <w:szCs w:val="16"/>
        </w:rPr>
        <w:t>Renter Initials:</w:t>
      </w:r>
      <w:r w:rsidRPr="00772C0F">
        <w:rPr>
          <w:rFonts w:eastAsia="Times New Roman" w:cs="Times New Roman"/>
          <w:sz w:val="16"/>
          <w:szCs w:val="16"/>
        </w:rPr>
        <w:t xml:space="preserve"> ____________________ </w:t>
      </w:r>
      <w:r w:rsidRPr="00772C0F">
        <w:rPr>
          <w:rFonts w:eastAsia="Times New Roman" w:cs="Times New Roman"/>
          <w:b/>
          <w:bCs/>
          <w:sz w:val="16"/>
          <w:szCs w:val="16"/>
        </w:rPr>
        <w:t>Section 3 of 3</w:t>
      </w:r>
      <w:r w:rsidR="00F279BD">
        <w:rPr>
          <w:rFonts w:eastAsia="Times New Roman" w:cs="Times New Roman"/>
          <w:sz w:val="16"/>
          <w:szCs w:val="16"/>
        </w:rPr>
        <w:t xml:space="preserve"> </w:t>
      </w:r>
      <w:r w:rsidRPr="00772C0F">
        <w:rPr>
          <w:rFonts w:eastAsia="Times New Roman" w:cs="Times New Roman"/>
          <w:i/>
          <w:iCs/>
          <w:sz w:val="16"/>
          <w:szCs w:val="16"/>
        </w:rPr>
        <w:t>Version 2.0 • Revised July 2026</w:t>
      </w:r>
    </w:p>
    <w:p w14:paraId="1C2FF282"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3B718757">
          <v:rect id="_x0000_i1046" style="width:468pt;height:1.5pt" o:hralign="center" o:hrstd="t" o:hr="t" fillcolor="#a0a0a0" stroked="f"/>
        </w:pict>
      </w:r>
    </w:p>
    <w:p w14:paraId="31438BA2" w14:textId="208A6985" w:rsidR="00B62789" w:rsidRPr="00772C0F" w:rsidRDefault="00B62789" w:rsidP="00B62789">
      <w:pPr>
        <w:spacing w:before="100" w:beforeAutospacing="1" w:after="100" w:afterAutospacing="1" w:line="240" w:lineRule="auto"/>
        <w:outlineLvl w:val="0"/>
        <w:rPr>
          <w:rFonts w:eastAsia="Times New Roman" w:cs="Times New Roman"/>
          <w:b/>
          <w:bCs/>
          <w:kern w:val="36"/>
          <w:sz w:val="16"/>
          <w:szCs w:val="16"/>
        </w:rPr>
      </w:pPr>
      <w:r w:rsidRPr="00772C0F">
        <w:rPr>
          <w:rFonts w:eastAsia="Times New Roman" w:cs="Times New Roman"/>
          <w:b/>
          <w:bCs/>
          <w:kern w:val="36"/>
          <w:sz w:val="16"/>
          <w:szCs w:val="16"/>
        </w:rPr>
        <w:t>Section 4</w:t>
      </w:r>
    </w:p>
    <w:p w14:paraId="0750A34A" w14:textId="77777777" w:rsidR="00B62789" w:rsidRPr="00772C0F" w:rsidRDefault="00B62789" w:rsidP="0064110A">
      <w:pPr>
        <w:spacing w:before="100" w:beforeAutospacing="1" w:after="100" w:afterAutospacing="1" w:line="240" w:lineRule="auto"/>
        <w:jc w:val="center"/>
        <w:outlineLvl w:val="0"/>
        <w:rPr>
          <w:rFonts w:eastAsia="Times New Roman" w:cs="Times New Roman"/>
          <w:b/>
          <w:bCs/>
          <w:kern w:val="36"/>
          <w:sz w:val="24"/>
          <w:szCs w:val="24"/>
        </w:rPr>
      </w:pPr>
      <w:r w:rsidRPr="00772C0F">
        <w:rPr>
          <w:rFonts w:eastAsia="Times New Roman" w:cs="Times New Roman"/>
          <w:b/>
          <w:bCs/>
          <w:kern w:val="36"/>
          <w:sz w:val="24"/>
          <w:szCs w:val="24"/>
        </w:rPr>
        <w:t>EVENT COMPLETION &amp; FINAL ACCEPTANCE</w:t>
      </w:r>
    </w:p>
    <w:p w14:paraId="3B9514C4" w14:textId="77777777" w:rsidR="00B62789" w:rsidRPr="00772C0F" w:rsidRDefault="00B62789" w:rsidP="00B62789">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b/>
          <w:bCs/>
          <w:sz w:val="24"/>
          <w:szCs w:val="24"/>
        </w:rPr>
        <w:t>BOOKING SUMMARY</w:t>
      </w:r>
    </w:p>
    <w:tbl>
      <w:tblPr>
        <w:tblW w:w="0" w:type="auto"/>
        <w:tblCellSpacing w:w="15" w:type="dxa"/>
        <w:tblLook w:val="04A0" w:firstRow="1" w:lastRow="0" w:firstColumn="1" w:lastColumn="0" w:noHBand="0" w:noVBand="1"/>
      </w:tblPr>
      <w:tblGrid>
        <w:gridCol w:w="2278"/>
        <w:gridCol w:w="6609"/>
      </w:tblGrid>
      <w:tr w:rsidR="00B62789" w:rsidRPr="00772C0F" w14:paraId="2E2F46EA" w14:textId="77777777" w:rsidTr="00B62789">
        <w:trPr>
          <w:tblHeader/>
          <w:tblCellSpacing w:w="15" w:type="dxa"/>
        </w:trPr>
        <w:tc>
          <w:tcPr>
            <w:tcW w:w="0" w:type="auto"/>
            <w:tcMar>
              <w:top w:w="15" w:type="dxa"/>
              <w:left w:w="15" w:type="dxa"/>
              <w:bottom w:w="15" w:type="dxa"/>
              <w:right w:w="15" w:type="dxa"/>
            </w:tcMar>
            <w:vAlign w:val="center"/>
            <w:hideMark/>
          </w:tcPr>
          <w:p w14:paraId="614A7699" w14:textId="77777777" w:rsidR="00B62789" w:rsidRPr="00772C0F" w:rsidRDefault="00B62789">
            <w:pPr>
              <w:spacing w:after="0" w:line="240" w:lineRule="auto"/>
              <w:jc w:val="center"/>
              <w:rPr>
                <w:rFonts w:eastAsia="Times New Roman" w:cs="Times New Roman"/>
                <w:b/>
                <w:bCs/>
                <w:kern w:val="2"/>
                <w:sz w:val="24"/>
                <w:szCs w:val="24"/>
                <w14:ligatures w14:val="standardContextual"/>
              </w:rPr>
            </w:pPr>
            <w:r w:rsidRPr="00772C0F">
              <w:rPr>
                <w:rFonts w:eastAsia="Times New Roman" w:cs="Times New Roman"/>
                <w:b/>
                <w:bCs/>
                <w:kern w:val="2"/>
                <w:sz w:val="24"/>
                <w:szCs w:val="24"/>
                <w14:ligatures w14:val="standardContextual"/>
              </w:rPr>
              <w:t>Description</w:t>
            </w:r>
          </w:p>
        </w:tc>
        <w:tc>
          <w:tcPr>
            <w:tcW w:w="0" w:type="auto"/>
            <w:tcMar>
              <w:top w:w="15" w:type="dxa"/>
              <w:left w:w="15" w:type="dxa"/>
              <w:bottom w:w="15" w:type="dxa"/>
              <w:right w:w="15" w:type="dxa"/>
            </w:tcMar>
            <w:vAlign w:val="center"/>
            <w:hideMark/>
          </w:tcPr>
          <w:p w14:paraId="00B4ABCB" w14:textId="77777777" w:rsidR="00B62789" w:rsidRPr="00772C0F" w:rsidRDefault="00B62789">
            <w:pPr>
              <w:spacing w:after="0" w:line="240" w:lineRule="auto"/>
              <w:rPr>
                <w:rFonts w:eastAsia="Times New Roman" w:cs="Times New Roman"/>
                <w:b/>
                <w:bCs/>
                <w:kern w:val="2"/>
                <w:sz w:val="24"/>
                <w:szCs w:val="24"/>
                <w14:ligatures w14:val="standardContextual"/>
              </w:rPr>
            </w:pPr>
            <w:r w:rsidRPr="00772C0F">
              <w:rPr>
                <w:rFonts w:eastAsia="Times New Roman" w:cs="Times New Roman"/>
                <w:b/>
                <w:bCs/>
                <w:kern w:val="2"/>
                <w:sz w:val="24"/>
                <w:szCs w:val="24"/>
                <w14:ligatures w14:val="standardContextual"/>
              </w:rPr>
              <w:t>Amount</w:t>
            </w:r>
          </w:p>
        </w:tc>
      </w:tr>
      <w:tr w:rsidR="00B62789" w:rsidRPr="00772C0F" w14:paraId="1AFE8E6C" w14:textId="77777777" w:rsidTr="00B62789">
        <w:trPr>
          <w:tblCellSpacing w:w="15" w:type="dxa"/>
        </w:trPr>
        <w:tc>
          <w:tcPr>
            <w:tcW w:w="0" w:type="auto"/>
            <w:tcMar>
              <w:top w:w="15" w:type="dxa"/>
              <w:left w:w="15" w:type="dxa"/>
              <w:bottom w:w="15" w:type="dxa"/>
              <w:right w:w="15" w:type="dxa"/>
            </w:tcMar>
            <w:vAlign w:val="center"/>
            <w:hideMark/>
          </w:tcPr>
          <w:p w14:paraId="66C05360"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Rental Package</w:t>
            </w:r>
          </w:p>
        </w:tc>
        <w:tc>
          <w:tcPr>
            <w:tcW w:w="0" w:type="auto"/>
            <w:tcMar>
              <w:top w:w="15" w:type="dxa"/>
              <w:left w:w="15" w:type="dxa"/>
              <w:bottom w:w="15" w:type="dxa"/>
              <w:right w:w="15" w:type="dxa"/>
            </w:tcMar>
            <w:vAlign w:val="center"/>
            <w:hideMark/>
          </w:tcPr>
          <w:p w14:paraId="7B4B8371"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Segoe UI Symbol"/>
                <w:kern w:val="2"/>
                <w:sz w:val="24"/>
                <w:szCs w:val="24"/>
                <w14:ligatures w14:val="standardContextual"/>
              </w:rPr>
              <w:t>☐</w:t>
            </w:r>
            <w:r w:rsidRPr="00772C0F">
              <w:rPr>
                <w:rFonts w:eastAsia="Times New Roman" w:cs="Times New Roman"/>
                <w:kern w:val="2"/>
                <w:sz w:val="24"/>
                <w:szCs w:val="24"/>
                <w14:ligatures w14:val="standardContextual"/>
              </w:rPr>
              <w:t xml:space="preserve"> Space Only Rental Package </w:t>
            </w:r>
            <w:r w:rsidRPr="00772C0F">
              <w:rPr>
                <w:rFonts w:eastAsia="Times New Roman" w:cs="Segoe UI Symbol"/>
                <w:kern w:val="2"/>
                <w:sz w:val="24"/>
                <w:szCs w:val="24"/>
                <w14:ligatures w14:val="standardContextual"/>
              </w:rPr>
              <w:t>☐</w:t>
            </w:r>
            <w:r w:rsidRPr="00772C0F">
              <w:rPr>
                <w:rFonts w:eastAsia="Times New Roman" w:cs="Times New Roman"/>
                <w:kern w:val="2"/>
                <w:sz w:val="24"/>
                <w:szCs w:val="24"/>
                <w14:ligatures w14:val="standardContextual"/>
              </w:rPr>
              <w:t xml:space="preserve"> Full Experience Rental Package</w:t>
            </w:r>
          </w:p>
        </w:tc>
      </w:tr>
      <w:tr w:rsidR="00B62789" w:rsidRPr="00772C0F" w14:paraId="5119C8F8" w14:textId="77777777" w:rsidTr="00B62789">
        <w:trPr>
          <w:tblCellSpacing w:w="15" w:type="dxa"/>
        </w:trPr>
        <w:tc>
          <w:tcPr>
            <w:tcW w:w="0" w:type="auto"/>
            <w:tcMar>
              <w:top w:w="15" w:type="dxa"/>
              <w:left w:w="15" w:type="dxa"/>
              <w:bottom w:w="15" w:type="dxa"/>
              <w:right w:w="15" w:type="dxa"/>
            </w:tcMar>
            <w:vAlign w:val="center"/>
            <w:hideMark/>
          </w:tcPr>
          <w:p w14:paraId="32AA8F31"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Rental Fee</w:t>
            </w:r>
          </w:p>
        </w:tc>
        <w:tc>
          <w:tcPr>
            <w:tcW w:w="0" w:type="auto"/>
            <w:tcMar>
              <w:top w:w="15" w:type="dxa"/>
              <w:left w:w="15" w:type="dxa"/>
              <w:bottom w:w="15" w:type="dxa"/>
              <w:right w:w="15" w:type="dxa"/>
            </w:tcMar>
            <w:vAlign w:val="center"/>
            <w:hideMark/>
          </w:tcPr>
          <w:p w14:paraId="544408FE"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b/>
                <w:bCs/>
                <w:kern w:val="2"/>
                <w:sz w:val="24"/>
                <w:szCs w:val="24"/>
                <w14:ligatures w14:val="standardContextual"/>
              </w:rPr>
              <w:t>$________________________</w:t>
            </w:r>
          </w:p>
        </w:tc>
      </w:tr>
      <w:tr w:rsidR="00B62789" w:rsidRPr="00772C0F" w14:paraId="0F5DC56F" w14:textId="77777777" w:rsidTr="00B62789">
        <w:trPr>
          <w:tblCellSpacing w:w="15" w:type="dxa"/>
        </w:trPr>
        <w:tc>
          <w:tcPr>
            <w:tcW w:w="0" w:type="auto"/>
            <w:tcMar>
              <w:top w:w="15" w:type="dxa"/>
              <w:left w:w="15" w:type="dxa"/>
              <w:bottom w:w="15" w:type="dxa"/>
              <w:right w:w="15" w:type="dxa"/>
            </w:tcMar>
            <w:vAlign w:val="center"/>
            <w:hideMark/>
          </w:tcPr>
          <w:p w14:paraId="653FC3FC"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Add-Ons</w:t>
            </w:r>
          </w:p>
        </w:tc>
        <w:tc>
          <w:tcPr>
            <w:tcW w:w="0" w:type="auto"/>
            <w:tcMar>
              <w:top w:w="15" w:type="dxa"/>
              <w:left w:w="15" w:type="dxa"/>
              <w:bottom w:w="15" w:type="dxa"/>
              <w:right w:w="15" w:type="dxa"/>
            </w:tcMar>
            <w:vAlign w:val="center"/>
            <w:hideMark/>
          </w:tcPr>
          <w:p w14:paraId="5A4E77FB"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b/>
                <w:bCs/>
                <w:kern w:val="2"/>
                <w:sz w:val="24"/>
                <w:szCs w:val="24"/>
                <w14:ligatures w14:val="standardContextual"/>
              </w:rPr>
              <w:t>$________________________</w:t>
            </w:r>
          </w:p>
        </w:tc>
      </w:tr>
      <w:tr w:rsidR="00B62789" w:rsidRPr="00772C0F" w14:paraId="2F3D8A3C" w14:textId="77777777" w:rsidTr="00B62789">
        <w:trPr>
          <w:tblCellSpacing w:w="15" w:type="dxa"/>
        </w:trPr>
        <w:tc>
          <w:tcPr>
            <w:tcW w:w="0" w:type="auto"/>
            <w:tcMar>
              <w:top w:w="15" w:type="dxa"/>
              <w:left w:w="15" w:type="dxa"/>
              <w:bottom w:w="15" w:type="dxa"/>
              <w:right w:w="15" w:type="dxa"/>
            </w:tcMar>
            <w:vAlign w:val="center"/>
            <w:hideMark/>
          </w:tcPr>
          <w:p w14:paraId="1B6BE05C"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Reservation Payment</w:t>
            </w:r>
          </w:p>
        </w:tc>
        <w:tc>
          <w:tcPr>
            <w:tcW w:w="0" w:type="auto"/>
            <w:tcMar>
              <w:top w:w="15" w:type="dxa"/>
              <w:left w:w="15" w:type="dxa"/>
              <w:bottom w:w="15" w:type="dxa"/>
              <w:right w:w="15" w:type="dxa"/>
            </w:tcMar>
            <w:vAlign w:val="center"/>
            <w:hideMark/>
          </w:tcPr>
          <w:p w14:paraId="148AE345"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b/>
                <w:bCs/>
                <w:kern w:val="2"/>
                <w:sz w:val="24"/>
                <w:szCs w:val="24"/>
                <w14:ligatures w14:val="standardContextual"/>
              </w:rPr>
              <w:t>$50.00</w:t>
            </w:r>
          </w:p>
        </w:tc>
      </w:tr>
      <w:tr w:rsidR="00B62789" w:rsidRPr="00772C0F" w14:paraId="17BAB2D7" w14:textId="77777777" w:rsidTr="00B62789">
        <w:trPr>
          <w:tblCellSpacing w:w="15" w:type="dxa"/>
        </w:trPr>
        <w:tc>
          <w:tcPr>
            <w:tcW w:w="0" w:type="auto"/>
            <w:tcMar>
              <w:top w:w="15" w:type="dxa"/>
              <w:left w:w="15" w:type="dxa"/>
              <w:bottom w:w="15" w:type="dxa"/>
              <w:right w:w="15" w:type="dxa"/>
            </w:tcMar>
            <w:vAlign w:val="center"/>
            <w:hideMark/>
          </w:tcPr>
          <w:p w14:paraId="66ECF42A"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Security Deposit Paid</w:t>
            </w:r>
          </w:p>
        </w:tc>
        <w:tc>
          <w:tcPr>
            <w:tcW w:w="0" w:type="auto"/>
            <w:tcMar>
              <w:top w:w="15" w:type="dxa"/>
              <w:left w:w="15" w:type="dxa"/>
              <w:bottom w:w="15" w:type="dxa"/>
              <w:right w:w="15" w:type="dxa"/>
            </w:tcMar>
            <w:vAlign w:val="center"/>
            <w:hideMark/>
          </w:tcPr>
          <w:p w14:paraId="2B5FDD54"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Segoe UI Symbol"/>
                <w:kern w:val="2"/>
                <w:sz w:val="24"/>
                <w:szCs w:val="24"/>
                <w14:ligatures w14:val="standardContextual"/>
              </w:rPr>
              <w:t>☐</w:t>
            </w:r>
            <w:r w:rsidRPr="00772C0F">
              <w:rPr>
                <w:rFonts w:eastAsia="Times New Roman" w:cs="Times New Roman"/>
                <w:kern w:val="2"/>
                <w:sz w:val="24"/>
                <w:szCs w:val="24"/>
                <w14:ligatures w14:val="standardContextual"/>
              </w:rPr>
              <w:t xml:space="preserve"> </w:t>
            </w:r>
            <w:r w:rsidRPr="00772C0F">
              <w:rPr>
                <w:rFonts w:eastAsia="Times New Roman" w:cs="Times New Roman"/>
                <w:b/>
                <w:bCs/>
                <w:kern w:val="2"/>
                <w:sz w:val="24"/>
                <w:szCs w:val="24"/>
                <w14:ligatures w14:val="standardContextual"/>
              </w:rPr>
              <w:t>$100</w:t>
            </w:r>
            <w:r w:rsidRPr="00772C0F">
              <w:rPr>
                <w:rFonts w:eastAsia="Times New Roman" w:cs="Times New Roman"/>
                <w:kern w:val="2"/>
                <w:sz w:val="24"/>
                <w:szCs w:val="24"/>
                <w14:ligatures w14:val="standardContextual"/>
              </w:rPr>
              <w:t xml:space="preserve"> </w:t>
            </w:r>
            <w:r w:rsidRPr="00772C0F">
              <w:rPr>
                <w:rFonts w:eastAsia="Times New Roman" w:cs="Segoe UI Symbol"/>
                <w:kern w:val="2"/>
                <w:sz w:val="24"/>
                <w:szCs w:val="24"/>
                <w14:ligatures w14:val="standardContextual"/>
              </w:rPr>
              <w:t>☐</w:t>
            </w:r>
            <w:r w:rsidRPr="00772C0F">
              <w:rPr>
                <w:rFonts w:eastAsia="Times New Roman" w:cs="Times New Roman"/>
                <w:kern w:val="2"/>
                <w:sz w:val="24"/>
                <w:szCs w:val="24"/>
                <w14:ligatures w14:val="standardContextual"/>
              </w:rPr>
              <w:t xml:space="preserve"> </w:t>
            </w:r>
            <w:r w:rsidRPr="00772C0F">
              <w:rPr>
                <w:rFonts w:eastAsia="Times New Roman" w:cs="Times New Roman"/>
                <w:b/>
                <w:bCs/>
                <w:kern w:val="2"/>
                <w:sz w:val="24"/>
                <w:szCs w:val="24"/>
                <w14:ligatures w14:val="standardContextual"/>
              </w:rPr>
              <w:t>$150</w:t>
            </w:r>
            <w:r w:rsidRPr="00772C0F">
              <w:rPr>
                <w:rFonts w:eastAsia="Times New Roman" w:cs="Times New Roman"/>
                <w:kern w:val="2"/>
                <w:sz w:val="24"/>
                <w:szCs w:val="24"/>
                <w14:ligatures w14:val="standardContextual"/>
              </w:rPr>
              <w:t> </w:t>
            </w:r>
            <w:r w:rsidRPr="00772C0F">
              <w:rPr>
                <w:rFonts w:eastAsia="Times New Roman" w:cs="Times New Roman"/>
                <w:kern w:val="2"/>
                <w:sz w:val="24"/>
                <w:szCs w:val="24"/>
                <w14:ligatures w14:val="standardContextual"/>
              </w:rPr>
              <w:t> </w:t>
            </w:r>
            <w:r w:rsidRPr="00772C0F">
              <w:rPr>
                <w:rFonts w:eastAsia="Times New Roman" w:cs="Times New Roman"/>
                <w:b/>
                <w:bCs/>
                <w:kern w:val="2"/>
                <w:sz w:val="24"/>
                <w:szCs w:val="24"/>
                <w14:ligatures w14:val="standardContextual"/>
              </w:rPr>
              <w:t>$__________________</w:t>
            </w:r>
          </w:p>
        </w:tc>
      </w:tr>
      <w:tr w:rsidR="00B62789" w:rsidRPr="00772C0F" w14:paraId="18B3B0E4" w14:textId="77777777" w:rsidTr="00B62789">
        <w:trPr>
          <w:tblCellSpacing w:w="15" w:type="dxa"/>
        </w:trPr>
        <w:tc>
          <w:tcPr>
            <w:tcW w:w="0" w:type="auto"/>
            <w:tcMar>
              <w:top w:w="15" w:type="dxa"/>
              <w:left w:w="15" w:type="dxa"/>
              <w:bottom w:w="15" w:type="dxa"/>
              <w:right w:w="15" w:type="dxa"/>
            </w:tcMar>
            <w:vAlign w:val="center"/>
            <w:hideMark/>
          </w:tcPr>
          <w:p w14:paraId="706B94FB"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Total Rental Amount</w:t>
            </w:r>
          </w:p>
        </w:tc>
        <w:tc>
          <w:tcPr>
            <w:tcW w:w="0" w:type="auto"/>
            <w:tcMar>
              <w:top w:w="15" w:type="dxa"/>
              <w:left w:w="15" w:type="dxa"/>
              <w:bottom w:w="15" w:type="dxa"/>
              <w:right w:w="15" w:type="dxa"/>
            </w:tcMar>
            <w:vAlign w:val="center"/>
            <w:hideMark/>
          </w:tcPr>
          <w:p w14:paraId="6A3F47D5"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b/>
                <w:bCs/>
                <w:kern w:val="2"/>
                <w:sz w:val="24"/>
                <w:szCs w:val="24"/>
                <w14:ligatures w14:val="standardContextual"/>
              </w:rPr>
              <w:t>$________________________</w:t>
            </w:r>
          </w:p>
        </w:tc>
      </w:tr>
      <w:tr w:rsidR="00B62789" w:rsidRPr="00772C0F" w14:paraId="367B651A" w14:textId="77777777" w:rsidTr="00B62789">
        <w:trPr>
          <w:tblCellSpacing w:w="15" w:type="dxa"/>
        </w:trPr>
        <w:tc>
          <w:tcPr>
            <w:tcW w:w="0" w:type="auto"/>
            <w:tcMar>
              <w:top w:w="15" w:type="dxa"/>
              <w:left w:w="15" w:type="dxa"/>
              <w:bottom w:w="15" w:type="dxa"/>
              <w:right w:w="15" w:type="dxa"/>
            </w:tcMar>
            <w:vAlign w:val="center"/>
            <w:hideMark/>
          </w:tcPr>
          <w:p w14:paraId="4095CDA1"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Amount Paid</w:t>
            </w:r>
          </w:p>
        </w:tc>
        <w:tc>
          <w:tcPr>
            <w:tcW w:w="0" w:type="auto"/>
            <w:tcMar>
              <w:top w:w="15" w:type="dxa"/>
              <w:left w:w="15" w:type="dxa"/>
              <w:bottom w:w="15" w:type="dxa"/>
              <w:right w:w="15" w:type="dxa"/>
            </w:tcMar>
            <w:vAlign w:val="center"/>
            <w:hideMark/>
          </w:tcPr>
          <w:p w14:paraId="4DFE792C"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b/>
                <w:bCs/>
                <w:kern w:val="2"/>
                <w:sz w:val="24"/>
                <w:szCs w:val="24"/>
                <w14:ligatures w14:val="standardContextual"/>
              </w:rPr>
              <w:t>$________________________</w:t>
            </w:r>
          </w:p>
        </w:tc>
      </w:tr>
      <w:tr w:rsidR="00B62789" w:rsidRPr="00772C0F" w14:paraId="26F8E10F" w14:textId="77777777" w:rsidTr="00B62789">
        <w:trPr>
          <w:tblCellSpacing w:w="15" w:type="dxa"/>
        </w:trPr>
        <w:tc>
          <w:tcPr>
            <w:tcW w:w="0" w:type="auto"/>
            <w:tcMar>
              <w:top w:w="15" w:type="dxa"/>
              <w:left w:w="15" w:type="dxa"/>
              <w:bottom w:w="15" w:type="dxa"/>
              <w:right w:w="15" w:type="dxa"/>
            </w:tcMar>
            <w:vAlign w:val="center"/>
            <w:hideMark/>
          </w:tcPr>
          <w:p w14:paraId="36E2614D"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kern w:val="2"/>
                <w:sz w:val="24"/>
                <w:szCs w:val="24"/>
                <w14:ligatures w14:val="standardContextual"/>
              </w:rPr>
              <w:t>Remaining Balance</w:t>
            </w:r>
          </w:p>
        </w:tc>
        <w:tc>
          <w:tcPr>
            <w:tcW w:w="0" w:type="auto"/>
            <w:tcMar>
              <w:top w:w="15" w:type="dxa"/>
              <w:left w:w="15" w:type="dxa"/>
              <w:bottom w:w="15" w:type="dxa"/>
              <w:right w:w="15" w:type="dxa"/>
            </w:tcMar>
            <w:vAlign w:val="center"/>
            <w:hideMark/>
          </w:tcPr>
          <w:p w14:paraId="25BB8C0F" w14:textId="77777777" w:rsidR="00B62789" w:rsidRPr="00772C0F" w:rsidRDefault="00B62789">
            <w:pPr>
              <w:spacing w:after="0" w:line="240" w:lineRule="auto"/>
              <w:rPr>
                <w:rFonts w:eastAsia="Times New Roman" w:cs="Times New Roman"/>
                <w:kern w:val="2"/>
                <w:sz w:val="24"/>
                <w:szCs w:val="24"/>
                <w14:ligatures w14:val="standardContextual"/>
              </w:rPr>
            </w:pPr>
            <w:r w:rsidRPr="00772C0F">
              <w:rPr>
                <w:rFonts w:eastAsia="Times New Roman" w:cs="Times New Roman"/>
                <w:b/>
                <w:bCs/>
                <w:kern w:val="2"/>
                <w:sz w:val="24"/>
                <w:szCs w:val="24"/>
                <w14:ligatures w14:val="standardContextual"/>
              </w:rPr>
              <w:t>$________________________</w:t>
            </w:r>
          </w:p>
        </w:tc>
      </w:tr>
    </w:tbl>
    <w:p w14:paraId="6083CEF5" w14:textId="74A36768" w:rsidR="00B62789" w:rsidRPr="00772C0F" w:rsidRDefault="00000000" w:rsidP="00742E89">
      <w:pPr>
        <w:spacing w:after="0" w:line="240" w:lineRule="auto"/>
        <w:jc w:val="center"/>
        <w:rPr>
          <w:rFonts w:eastAsia="Times New Roman" w:cs="Times New Roman"/>
          <w:sz w:val="24"/>
          <w:szCs w:val="24"/>
        </w:rPr>
      </w:pPr>
      <w:r w:rsidRPr="00772C0F">
        <w:rPr>
          <w:rFonts w:eastAsia="Times New Roman" w:cs="Times New Roman"/>
          <w:sz w:val="24"/>
          <w:szCs w:val="24"/>
        </w:rPr>
        <w:pict w14:anchorId="0D61DFFD">
          <v:rect id="_x0000_i1047" style="width:468pt;height:1.5pt" o:hralign="center" o:hrstd="t" o:hr="t" fillcolor="#a0a0a0" stroked="f"/>
        </w:pict>
      </w:r>
    </w:p>
    <w:p w14:paraId="70FEC122" w14:textId="77777777" w:rsidR="00742E89" w:rsidRPr="00742E89" w:rsidRDefault="00742E89" w:rsidP="008D1686">
      <w:pPr>
        <w:pStyle w:val="pdq2pgselectionanchorcontainer"/>
        <w:jc w:val="center"/>
        <w:rPr>
          <w:rFonts w:ascii="Aptos" w:hAnsi="Aptos"/>
        </w:rPr>
      </w:pPr>
      <w:r w:rsidRPr="00742E89">
        <w:rPr>
          <w:rStyle w:val="Strong"/>
          <w:rFonts w:ascii="Aptos" w:hAnsi="Aptos"/>
        </w:rPr>
        <w:t>FINAL ACKNOWLEDGEMENT</w:t>
      </w:r>
    </w:p>
    <w:p w14:paraId="2E41BFC9" w14:textId="41FDBCB0" w:rsidR="00B62789" w:rsidRPr="0064110A" w:rsidRDefault="00742E89" w:rsidP="00742E89">
      <w:pPr>
        <w:pStyle w:val="NormalWeb"/>
        <w:rPr>
          <w:rFonts w:ascii="Aptos" w:hAnsi="Aptos"/>
          <w:sz w:val="18"/>
          <w:szCs w:val="18"/>
        </w:rPr>
      </w:pPr>
      <w:r w:rsidRPr="0064110A">
        <w:rPr>
          <w:rFonts w:ascii="Aptos" w:hAnsi="Aptos"/>
          <w:sz w:val="18"/>
          <w:szCs w:val="18"/>
        </w:rPr>
        <w:t>By signing below, the Renter acknowledges that they have read, understood, and agree to comply with all terms and conditions contained in this Facility Rental Agreement &amp; Policies.</w:t>
      </w:r>
      <w:r w:rsidRPr="0064110A">
        <w:rPr>
          <w:rFonts w:ascii="Aptos" w:hAnsi="Aptos"/>
          <w:sz w:val="18"/>
          <w:szCs w:val="18"/>
        </w:rPr>
        <w:t xml:space="preserve"> </w:t>
      </w:r>
      <w:r w:rsidRPr="0064110A">
        <w:rPr>
          <w:rFonts w:ascii="Aptos" w:hAnsi="Aptos"/>
          <w:sz w:val="18"/>
          <w:szCs w:val="18"/>
        </w:rPr>
        <w:t xml:space="preserve">The Renter accepts responsibility for the conduct of all guests, all financial obligations outlined in this Agreement, and any additional charges due under its </w:t>
      </w:r>
      <w:r w:rsidRPr="0064110A">
        <w:rPr>
          <w:rFonts w:ascii="Aptos" w:hAnsi="Aptos"/>
          <w:sz w:val="18"/>
          <w:szCs w:val="18"/>
        </w:rPr>
        <w:t>terms. The</w:t>
      </w:r>
      <w:r w:rsidRPr="0064110A">
        <w:rPr>
          <w:rFonts w:ascii="Aptos" w:hAnsi="Aptos"/>
          <w:sz w:val="18"/>
          <w:szCs w:val="18"/>
        </w:rPr>
        <w:t xml:space="preserve"> Renter further acknowledges that no verbal statements, promises, or representations shall modify or supersede this Agreement unless approved in writing by the management of </w:t>
      </w:r>
      <w:r w:rsidRPr="0064110A">
        <w:rPr>
          <w:rStyle w:val="Strong"/>
          <w:rFonts w:ascii="Aptos" w:hAnsi="Aptos"/>
          <w:sz w:val="18"/>
          <w:szCs w:val="18"/>
        </w:rPr>
        <w:t>The Gathering Place</w:t>
      </w:r>
      <w:r w:rsidRPr="0064110A">
        <w:rPr>
          <w:rFonts w:ascii="Aptos" w:hAnsi="Aptos"/>
          <w:sz w:val="18"/>
          <w:szCs w:val="18"/>
        </w:rPr>
        <w:t>.</w:t>
      </w:r>
      <w:r w:rsidRPr="0064110A">
        <w:rPr>
          <w:rFonts w:ascii="Aptos" w:hAnsi="Aptos"/>
          <w:sz w:val="18"/>
          <w:szCs w:val="18"/>
        </w:rPr>
        <w:t xml:space="preserve">                                                               </w:t>
      </w:r>
      <w:r w:rsidRPr="0064110A">
        <w:rPr>
          <w:rFonts w:ascii="Aptos" w:hAnsi="Aptos"/>
          <w:sz w:val="18"/>
          <w:szCs w:val="18"/>
        </w:rPr>
        <w:t>The Renter has had the opportunity to ask questions regarding this Agreement and the Facility before signing. By signing below, the Renter accepts this Agreement in its entirety.</w:t>
      </w:r>
    </w:p>
    <w:p w14:paraId="4984AD51" w14:textId="77777777" w:rsidR="00F279BD" w:rsidRDefault="00F279BD" w:rsidP="00B62789">
      <w:pPr>
        <w:spacing w:before="100" w:beforeAutospacing="1" w:after="100" w:afterAutospacing="1" w:line="240" w:lineRule="auto"/>
        <w:outlineLvl w:val="1"/>
        <w:rPr>
          <w:b/>
          <w:bCs/>
        </w:rPr>
      </w:pPr>
    </w:p>
    <w:p w14:paraId="4D9A9F19" w14:textId="68A2D2FA" w:rsidR="00E207D2" w:rsidRPr="00E207D2" w:rsidRDefault="00E207D2" w:rsidP="00B62789">
      <w:pPr>
        <w:spacing w:before="100" w:beforeAutospacing="1" w:after="100" w:afterAutospacing="1" w:line="240" w:lineRule="auto"/>
        <w:outlineLvl w:val="1"/>
        <w:rPr>
          <w:b/>
          <w:bCs/>
        </w:rPr>
      </w:pPr>
      <w:r w:rsidRPr="00E207D2">
        <w:rPr>
          <w:b/>
          <w:bCs/>
        </w:rPr>
        <w:t xml:space="preserve">RENTER INFORMATION </w:t>
      </w:r>
    </w:p>
    <w:p w14:paraId="1E99B283" w14:textId="77777777" w:rsidR="00E207D2" w:rsidRPr="00FA05F8" w:rsidRDefault="00E207D2" w:rsidP="00B62789">
      <w:pPr>
        <w:spacing w:before="100" w:beforeAutospacing="1" w:after="100" w:afterAutospacing="1" w:line="240" w:lineRule="auto"/>
        <w:outlineLvl w:val="1"/>
        <w:rPr>
          <w:sz w:val="20"/>
          <w:szCs w:val="20"/>
        </w:rPr>
      </w:pPr>
      <w:r w:rsidRPr="00FA05F8">
        <w:rPr>
          <w:sz w:val="20"/>
          <w:szCs w:val="20"/>
        </w:rPr>
        <w:t xml:space="preserve">Printed Name: _______________________________________________ </w:t>
      </w:r>
    </w:p>
    <w:p w14:paraId="101E39DE" w14:textId="77777777" w:rsidR="00E207D2" w:rsidRPr="00FA05F8" w:rsidRDefault="00E207D2" w:rsidP="00B62789">
      <w:pPr>
        <w:spacing w:before="100" w:beforeAutospacing="1" w:after="100" w:afterAutospacing="1" w:line="240" w:lineRule="auto"/>
        <w:outlineLvl w:val="1"/>
        <w:rPr>
          <w:sz w:val="20"/>
          <w:szCs w:val="20"/>
        </w:rPr>
      </w:pPr>
      <w:r w:rsidRPr="00FA05F8">
        <w:rPr>
          <w:sz w:val="20"/>
          <w:szCs w:val="20"/>
        </w:rPr>
        <w:t>Cell Phone: _________________________________________________</w:t>
      </w:r>
    </w:p>
    <w:p w14:paraId="4D7869E2" w14:textId="24EA4AE3" w:rsidR="00E207D2" w:rsidRPr="00FA05F8" w:rsidRDefault="00E207D2" w:rsidP="00B62789">
      <w:pPr>
        <w:spacing w:before="100" w:beforeAutospacing="1" w:after="100" w:afterAutospacing="1" w:line="240" w:lineRule="auto"/>
        <w:outlineLvl w:val="1"/>
        <w:rPr>
          <w:sz w:val="20"/>
          <w:szCs w:val="20"/>
        </w:rPr>
      </w:pPr>
      <w:r w:rsidRPr="00FA05F8">
        <w:rPr>
          <w:sz w:val="20"/>
          <w:szCs w:val="20"/>
        </w:rPr>
        <w:t xml:space="preserve">Email Address: ______________________________________________ </w:t>
      </w:r>
    </w:p>
    <w:p w14:paraId="29FE7D4F" w14:textId="041C0401" w:rsidR="00FA05F8" w:rsidRPr="00FA05F8" w:rsidRDefault="00E207D2" w:rsidP="00B62789">
      <w:pPr>
        <w:spacing w:before="100" w:beforeAutospacing="1" w:after="100" w:afterAutospacing="1" w:line="240" w:lineRule="auto"/>
        <w:outlineLvl w:val="1"/>
        <w:rPr>
          <w:sz w:val="20"/>
          <w:szCs w:val="20"/>
        </w:rPr>
      </w:pPr>
      <w:r w:rsidRPr="00FA05F8">
        <w:rPr>
          <w:sz w:val="20"/>
          <w:szCs w:val="20"/>
        </w:rPr>
        <w:t xml:space="preserve">Mailing Address: ____________________________________________ City: _______________ State: ______ Zip: __________ </w:t>
      </w:r>
    </w:p>
    <w:p w14:paraId="52499A9D" w14:textId="77777777" w:rsidR="00FA05F8" w:rsidRPr="00FA05F8" w:rsidRDefault="00E207D2" w:rsidP="00B62789">
      <w:pPr>
        <w:spacing w:before="100" w:beforeAutospacing="1" w:after="100" w:afterAutospacing="1" w:line="240" w:lineRule="auto"/>
        <w:outlineLvl w:val="1"/>
        <w:rPr>
          <w:sz w:val="20"/>
          <w:szCs w:val="20"/>
        </w:rPr>
      </w:pPr>
      <w:r w:rsidRPr="00FA05F8">
        <w:rPr>
          <w:sz w:val="20"/>
          <w:szCs w:val="20"/>
        </w:rPr>
        <w:t xml:space="preserve">Emergency Contact: __________________________________________ </w:t>
      </w:r>
    </w:p>
    <w:p w14:paraId="37BD9E0F" w14:textId="0065891C" w:rsidR="00FA05F8" w:rsidRPr="00FA05F8" w:rsidRDefault="00E207D2" w:rsidP="00B62789">
      <w:pPr>
        <w:spacing w:before="100" w:beforeAutospacing="1" w:after="100" w:afterAutospacing="1" w:line="240" w:lineRule="auto"/>
        <w:outlineLvl w:val="1"/>
        <w:rPr>
          <w:sz w:val="20"/>
          <w:szCs w:val="20"/>
        </w:rPr>
      </w:pPr>
      <w:r w:rsidRPr="00FA05F8">
        <w:rPr>
          <w:sz w:val="20"/>
          <w:szCs w:val="20"/>
        </w:rPr>
        <w:t xml:space="preserve">Emergency Contact Phone: ____________________________________ </w:t>
      </w:r>
    </w:p>
    <w:p w14:paraId="35A5A0FF" w14:textId="09808D77" w:rsidR="00FA05F8" w:rsidRPr="00FA05F8" w:rsidRDefault="00E207D2" w:rsidP="00B62789">
      <w:pPr>
        <w:spacing w:before="100" w:beforeAutospacing="1" w:after="100" w:afterAutospacing="1" w:line="240" w:lineRule="auto"/>
        <w:outlineLvl w:val="1"/>
        <w:rPr>
          <w:sz w:val="20"/>
          <w:szCs w:val="20"/>
        </w:rPr>
      </w:pPr>
      <w:r w:rsidRPr="00FA05F8">
        <w:rPr>
          <w:sz w:val="20"/>
          <w:szCs w:val="20"/>
        </w:rPr>
        <w:t xml:space="preserve">Contact Email: ____________________________________ </w:t>
      </w:r>
    </w:p>
    <w:p w14:paraId="543FAC22" w14:textId="77777777" w:rsidR="00FA05F8" w:rsidRPr="00FA05F8" w:rsidRDefault="00E207D2" w:rsidP="00B62789">
      <w:pPr>
        <w:spacing w:before="100" w:beforeAutospacing="1" w:after="100" w:afterAutospacing="1" w:line="240" w:lineRule="auto"/>
        <w:outlineLvl w:val="1"/>
        <w:rPr>
          <w:sz w:val="20"/>
          <w:szCs w:val="20"/>
        </w:rPr>
      </w:pPr>
      <w:r w:rsidRPr="00FA05F8">
        <w:rPr>
          <w:sz w:val="20"/>
          <w:szCs w:val="20"/>
        </w:rPr>
        <w:t>Signature: _________________________________________________ Date: ______________________</w:t>
      </w:r>
    </w:p>
    <w:p w14:paraId="7672B603" w14:textId="2E1E1CB2" w:rsidR="00B62789" w:rsidRPr="00FA05F8" w:rsidRDefault="00B62789" w:rsidP="00B62789">
      <w:pPr>
        <w:spacing w:before="100" w:beforeAutospacing="1" w:after="100" w:afterAutospacing="1" w:line="240" w:lineRule="auto"/>
        <w:outlineLvl w:val="1"/>
        <w:rPr>
          <w:rFonts w:eastAsia="Times New Roman" w:cs="Times New Roman"/>
          <w:b/>
          <w:bCs/>
          <w:sz w:val="20"/>
          <w:szCs w:val="20"/>
        </w:rPr>
      </w:pPr>
      <w:r w:rsidRPr="00FA05F8">
        <w:rPr>
          <w:rFonts w:eastAsia="Times New Roman" w:cs="Times New Roman"/>
          <w:b/>
          <w:bCs/>
          <w:sz w:val="20"/>
          <w:szCs w:val="20"/>
        </w:rPr>
        <w:t>THE GATHERING PLACE</w:t>
      </w:r>
    </w:p>
    <w:p w14:paraId="29BD7B44" w14:textId="77777777" w:rsidR="00B62789" w:rsidRPr="00FA05F8" w:rsidRDefault="00B62789" w:rsidP="00B62789">
      <w:pPr>
        <w:spacing w:before="100" w:beforeAutospacing="1" w:after="100" w:afterAutospacing="1" w:line="240" w:lineRule="auto"/>
        <w:rPr>
          <w:rFonts w:eastAsia="Times New Roman" w:cs="Times New Roman"/>
          <w:sz w:val="20"/>
          <w:szCs w:val="20"/>
        </w:rPr>
      </w:pPr>
      <w:r w:rsidRPr="00FA05F8">
        <w:rPr>
          <w:rFonts w:eastAsia="Times New Roman" w:cs="Times New Roman"/>
          <w:sz w:val="20"/>
          <w:szCs w:val="20"/>
        </w:rPr>
        <w:t>Facility Representative: _________________________________</w:t>
      </w:r>
    </w:p>
    <w:p w14:paraId="652EA203" w14:textId="77777777" w:rsidR="00B62789" w:rsidRPr="00FA05F8" w:rsidRDefault="00B62789" w:rsidP="00B62789">
      <w:pPr>
        <w:spacing w:before="100" w:beforeAutospacing="1" w:after="100" w:afterAutospacing="1" w:line="240" w:lineRule="auto"/>
        <w:rPr>
          <w:rFonts w:eastAsia="Times New Roman" w:cs="Times New Roman"/>
          <w:sz w:val="20"/>
          <w:szCs w:val="20"/>
        </w:rPr>
      </w:pPr>
      <w:r w:rsidRPr="00FA05F8">
        <w:rPr>
          <w:rFonts w:eastAsia="Times New Roman" w:cs="Times New Roman"/>
          <w:sz w:val="20"/>
          <w:szCs w:val="20"/>
        </w:rPr>
        <w:t>Signature: _____________________________________________</w:t>
      </w:r>
    </w:p>
    <w:p w14:paraId="490A43C7" w14:textId="77777777" w:rsidR="00B62789" w:rsidRPr="00FA05F8" w:rsidRDefault="00B62789" w:rsidP="00B62789">
      <w:pPr>
        <w:spacing w:before="100" w:beforeAutospacing="1" w:after="100" w:afterAutospacing="1" w:line="240" w:lineRule="auto"/>
        <w:rPr>
          <w:rFonts w:eastAsia="Times New Roman" w:cs="Times New Roman"/>
          <w:sz w:val="20"/>
          <w:szCs w:val="20"/>
        </w:rPr>
      </w:pPr>
      <w:r w:rsidRPr="00FA05F8">
        <w:rPr>
          <w:rFonts w:eastAsia="Times New Roman" w:cs="Times New Roman"/>
          <w:sz w:val="20"/>
          <w:szCs w:val="20"/>
        </w:rPr>
        <w:t>Date: ______________________</w:t>
      </w:r>
    </w:p>
    <w:p w14:paraId="29D6F858" w14:textId="77777777" w:rsidR="00B62789" w:rsidRPr="00772C0F" w:rsidRDefault="00000000" w:rsidP="00B62789">
      <w:pPr>
        <w:spacing w:after="0" w:line="240" w:lineRule="auto"/>
        <w:jc w:val="center"/>
        <w:rPr>
          <w:rFonts w:eastAsia="Times New Roman" w:cs="Times New Roman"/>
          <w:sz w:val="24"/>
          <w:szCs w:val="24"/>
        </w:rPr>
      </w:pPr>
      <w:r w:rsidRPr="00772C0F">
        <w:rPr>
          <w:rFonts w:eastAsia="Times New Roman" w:cs="Times New Roman"/>
          <w:sz w:val="24"/>
          <w:szCs w:val="24"/>
        </w:rPr>
        <w:pict w14:anchorId="53666139">
          <v:rect id="_x0000_i1060" style="width:468pt;height:1.5pt" o:hralign="center" o:hrstd="t" o:hr="t" fillcolor="#a0a0a0" stroked="f"/>
        </w:pict>
      </w:r>
    </w:p>
    <w:p w14:paraId="043DB2B6" w14:textId="77777777" w:rsidR="002D1871" w:rsidRDefault="002D1871" w:rsidP="002D1871">
      <w:pPr>
        <w:spacing w:before="100" w:beforeAutospacing="1" w:after="100" w:afterAutospacing="1" w:line="240" w:lineRule="auto"/>
        <w:outlineLvl w:val="1"/>
        <w:rPr>
          <w:rFonts w:eastAsia="Times New Roman" w:cs="Times New Roman"/>
          <w:b/>
          <w:bCs/>
          <w:sz w:val="24"/>
          <w:szCs w:val="24"/>
        </w:rPr>
      </w:pPr>
    </w:p>
    <w:p w14:paraId="5F66CA20" w14:textId="505C291B" w:rsidR="002D1871" w:rsidRPr="00FA05F8" w:rsidRDefault="002D1871" w:rsidP="008D1686">
      <w:pPr>
        <w:spacing w:before="100" w:beforeAutospacing="1" w:after="100" w:afterAutospacing="1" w:line="240" w:lineRule="auto"/>
        <w:jc w:val="center"/>
        <w:outlineLvl w:val="1"/>
        <w:rPr>
          <w:rFonts w:eastAsia="Times New Roman" w:cs="Times New Roman"/>
          <w:sz w:val="22"/>
        </w:rPr>
      </w:pPr>
      <w:r w:rsidRPr="00FA05F8">
        <w:rPr>
          <w:rFonts w:eastAsia="Times New Roman" w:cs="Times New Roman"/>
          <w:sz w:val="22"/>
        </w:rPr>
        <w:t>Thank You for Choosing the Gathering Place!</w:t>
      </w:r>
    </w:p>
    <w:p w14:paraId="05652690" w14:textId="77777777" w:rsidR="002D1871" w:rsidRPr="00FA05F8" w:rsidRDefault="002D1871" w:rsidP="008D1686">
      <w:pPr>
        <w:spacing w:before="100" w:beforeAutospacing="1" w:after="100" w:afterAutospacing="1" w:line="240" w:lineRule="auto"/>
        <w:jc w:val="center"/>
        <w:outlineLvl w:val="1"/>
        <w:rPr>
          <w:rFonts w:eastAsia="Times New Roman" w:cs="Times New Roman"/>
          <w:b/>
          <w:bCs/>
          <w:sz w:val="22"/>
        </w:rPr>
      </w:pPr>
      <w:r w:rsidRPr="00FA05F8">
        <w:rPr>
          <w:rFonts w:eastAsia="Times New Roman" w:cs="Times New Roman"/>
          <w:b/>
          <w:bCs/>
          <w:sz w:val="22"/>
        </w:rPr>
        <w:t>Take a picture of the contact numbers below so they are readily available.</w:t>
      </w:r>
    </w:p>
    <w:p w14:paraId="14851C3C" w14:textId="7AA1E325" w:rsidR="002D1871" w:rsidRPr="00FA05F8" w:rsidRDefault="002D1871" w:rsidP="008D1686">
      <w:pPr>
        <w:spacing w:before="100" w:beforeAutospacing="1" w:after="100" w:afterAutospacing="1" w:line="240" w:lineRule="auto"/>
        <w:jc w:val="center"/>
        <w:rPr>
          <w:rFonts w:eastAsia="Times New Roman" w:cs="Times New Roman"/>
          <w:b/>
          <w:bCs/>
          <w:sz w:val="22"/>
        </w:rPr>
      </w:pPr>
      <w:r w:rsidRPr="00FA05F8">
        <w:rPr>
          <w:rFonts w:eastAsia="Times New Roman" w:cs="Times New Roman"/>
          <w:b/>
          <w:bCs/>
          <w:sz w:val="22"/>
        </w:rPr>
        <w:t>The Gathering Place</w:t>
      </w:r>
      <w:r w:rsidRPr="00FA05F8">
        <w:rPr>
          <w:rFonts w:eastAsia="Times New Roman" w:cs="Times New Roman"/>
          <w:sz w:val="22"/>
        </w:rPr>
        <w:br/>
      </w:r>
      <w:r w:rsidRPr="00FA05F8">
        <w:rPr>
          <w:rFonts w:eastAsia="Times New Roman" w:cs="Times New Roman"/>
          <w:i/>
          <w:iCs/>
          <w:sz w:val="22"/>
        </w:rPr>
        <w:t>Powered by Love Sports Academy</w:t>
      </w:r>
      <w:r w:rsidRPr="00FA05F8">
        <w:rPr>
          <w:rFonts w:eastAsia="Times New Roman" w:cs="Times New Roman"/>
          <w:sz w:val="22"/>
        </w:rPr>
        <w:br/>
      </w:r>
      <w:r w:rsidRPr="00FA05F8">
        <w:rPr>
          <w:rFonts w:eastAsia="Times New Roman" w:cs="Times New Roman"/>
          <w:b/>
          <w:bCs/>
          <w:sz w:val="22"/>
        </w:rPr>
        <w:t>102 NE Street • Edna, Texas 77957</w:t>
      </w:r>
      <w:r w:rsidRPr="00FA05F8">
        <w:rPr>
          <w:rFonts w:eastAsia="Times New Roman" w:cs="Times New Roman"/>
          <w:sz w:val="22"/>
        </w:rPr>
        <w:br/>
      </w:r>
      <w:r w:rsidRPr="00FA05F8">
        <w:rPr>
          <w:rFonts w:eastAsia="Times New Roman" w:cs="Times New Roman"/>
          <w:b/>
          <w:bCs/>
          <w:sz w:val="22"/>
        </w:rPr>
        <w:t>Office: 361-433-5050 / Emergency After Hours 386-301-9996</w:t>
      </w:r>
    </w:p>
    <w:p w14:paraId="5198ECEF" w14:textId="77777777" w:rsidR="002D1871" w:rsidRPr="00FA05F8" w:rsidRDefault="002D1871" w:rsidP="002D1871">
      <w:pPr>
        <w:spacing w:before="100" w:beforeAutospacing="1" w:after="100" w:afterAutospacing="1" w:line="240" w:lineRule="auto"/>
        <w:rPr>
          <w:rFonts w:eastAsia="Times New Roman" w:cs="Times New Roman"/>
          <w:sz w:val="22"/>
        </w:rPr>
      </w:pPr>
      <w:r w:rsidRPr="00FA05F8">
        <w:rPr>
          <w:rFonts w:eastAsia="Times New Roman" w:cs="Times New Roman"/>
          <w:sz w:val="22"/>
        </w:rPr>
        <w:t>We sincerely appreciate the opportunity to be part of your special event. Thank you for helping us maintain a clean, safe, and welcoming place where families, friends, churches, teams, organizations, and our community can gather, celebrate, and create lasting memories together.</w:t>
      </w:r>
    </w:p>
    <w:p w14:paraId="72C65D12" w14:textId="77777777" w:rsidR="002D1871" w:rsidRPr="00FA05F8" w:rsidRDefault="002D1871" w:rsidP="002D1871">
      <w:pPr>
        <w:spacing w:before="100" w:beforeAutospacing="1" w:after="100" w:afterAutospacing="1" w:line="240" w:lineRule="auto"/>
        <w:rPr>
          <w:rFonts w:eastAsia="Times New Roman" w:cs="Times New Roman"/>
          <w:sz w:val="22"/>
        </w:rPr>
      </w:pPr>
      <w:r w:rsidRPr="00FA05F8">
        <w:rPr>
          <w:rFonts w:eastAsia="Times New Roman" w:cs="Times New Roman"/>
          <w:b/>
          <w:bCs/>
          <w:sz w:val="22"/>
        </w:rPr>
        <w:t>We hope your event is everything you imagined and look forward to welcoming you back again soon!</w:t>
      </w:r>
    </w:p>
    <w:p w14:paraId="0C78AF40" w14:textId="3EED69FC" w:rsidR="002D1871" w:rsidRDefault="002D1871" w:rsidP="002D1871">
      <w:pPr>
        <w:spacing w:before="100" w:beforeAutospacing="1" w:after="100" w:afterAutospacing="1" w:line="240" w:lineRule="auto"/>
        <w:outlineLvl w:val="1"/>
        <w:rPr>
          <w:rFonts w:eastAsia="Times New Roman" w:cs="Times New Roman"/>
          <w:b/>
          <w:bCs/>
          <w:sz w:val="24"/>
          <w:szCs w:val="24"/>
        </w:rPr>
      </w:pPr>
      <w:r w:rsidRPr="00772C0F">
        <w:rPr>
          <w:rFonts w:eastAsia="Times New Roman" w:cs="Times New Roman"/>
          <w:sz w:val="24"/>
          <w:szCs w:val="24"/>
        </w:rPr>
        <w:pict w14:anchorId="63842405">
          <v:rect id="_x0000_i1168" style="width:468pt;height:1.5pt" o:hralign="center" o:hrstd="t" o:hr="t" fillcolor="#a0a0a0" stroked="f"/>
        </w:pict>
      </w:r>
    </w:p>
    <w:p w14:paraId="20910C05" w14:textId="68B4BF57" w:rsidR="00DC4270" w:rsidRPr="00F279BD" w:rsidRDefault="002D1871" w:rsidP="00DC4270">
      <w:pPr>
        <w:spacing w:before="100" w:beforeAutospacing="1" w:after="100" w:afterAutospacing="1" w:line="240" w:lineRule="auto"/>
        <w:rPr>
          <w:rFonts w:eastAsia="Times New Roman" w:cs="Times New Roman"/>
          <w:sz w:val="16"/>
          <w:szCs w:val="16"/>
        </w:rPr>
      </w:pPr>
      <w:r w:rsidRPr="00772C0F">
        <w:rPr>
          <w:rFonts w:eastAsia="Times New Roman" w:cs="Times New Roman"/>
          <w:b/>
          <w:bCs/>
          <w:sz w:val="16"/>
          <w:szCs w:val="16"/>
        </w:rPr>
        <w:t>Renter Initials:</w:t>
      </w:r>
      <w:r w:rsidRPr="00772C0F">
        <w:rPr>
          <w:rFonts w:eastAsia="Times New Roman" w:cs="Times New Roman"/>
          <w:sz w:val="16"/>
          <w:szCs w:val="16"/>
        </w:rPr>
        <w:t xml:space="preserve"> ____________________ </w:t>
      </w:r>
      <w:r w:rsidRPr="00772C0F">
        <w:rPr>
          <w:rFonts w:eastAsia="Times New Roman" w:cs="Times New Roman"/>
          <w:b/>
          <w:bCs/>
          <w:sz w:val="16"/>
          <w:szCs w:val="16"/>
        </w:rPr>
        <w:t>Section 4 of 4</w:t>
      </w:r>
      <w:r w:rsidR="00F279BD">
        <w:rPr>
          <w:rFonts w:eastAsia="Times New Roman" w:cs="Times New Roman"/>
          <w:sz w:val="16"/>
          <w:szCs w:val="16"/>
        </w:rPr>
        <w:t xml:space="preserve"> </w:t>
      </w:r>
      <w:r w:rsidRPr="00772C0F">
        <w:rPr>
          <w:rFonts w:eastAsia="Times New Roman" w:cs="Times New Roman"/>
          <w:i/>
          <w:iCs/>
          <w:sz w:val="16"/>
          <w:szCs w:val="16"/>
        </w:rPr>
        <w:t>Version 2.0 • Revised July 2026</w:t>
      </w:r>
    </w:p>
    <w:p w14:paraId="69AFC3CB" w14:textId="32E188AA" w:rsidR="00B057D9" w:rsidRPr="00DC4270" w:rsidRDefault="00B057D9" w:rsidP="00DC4270">
      <w:pPr>
        <w:spacing w:before="100" w:beforeAutospacing="1" w:after="100" w:afterAutospacing="1" w:line="240" w:lineRule="auto"/>
        <w:outlineLvl w:val="1"/>
        <w:rPr>
          <w:rFonts w:eastAsia="Times New Roman" w:cs="Times New Roman"/>
          <w:sz w:val="16"/>
          <w:szCs w:val="16"/>
        </w:rPr>
      </w:pPr>
    </w:p>
    <w:sectPr w:rsidR="00B057D9" w:rsidRPr="00DC4270" w:rsidSect="00034616">
      <w:footerReference w:type="default" r:id="rId10"/>
      <w:pgSz w:w="12240" w:h="15840"/>
      <w:pgMar w:top="576" w:right="648" w:bottom="576" w:left="6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5CE62" w14:textId="77777777" w:rsidR="00AF1BDB" w:rsidRDefault="00AF1BDB" w:rsidP="008F18C4">
      <w:pPr>
        <w:spacing w:after="0" w:line="240" w:lineRule="auto"/>
      </w:pPr>
      <w:r>
        <w:separator/>
      </w:r>
    </w:p>
  </w:endnote>
  <w:endnote w:type="continuationSeparator" w:id="0">
    <w:p w14:paraId="769EBCFF" w14:textId="77777777" w:rsidR="00AF1BDB" w:rsidRDefault="00AF1BDB" w:rsidP="008F1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33C3D" w14:textId="77777777" w:rsidR="008F18C4" w:rsidRDefault="008F1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33144" w14:textId="77777777" w:rsidR="00AF1BDB" w:rsidRDefault="00AF1BDB" w:rsidP="008F18C4">
      <w:pPr>
        <w:spacing w:after="0" w:line="240" w:lineRule="auto"/>
      </w:pPr>
      <w:r>
        <w:separator/>
      </w:r>
    </w:p>
  </w:footnote>
  <w:footnote w:type="continuationSeparator" w:id="0">
    <w:p w14:paraId="5C3E3239" w14:textId="77777777" w:rsidR="00AF1BDB" w:rsidRDefault="00AF1BDB" w:rsidP="008F1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AEF1AD6"/>
    <w:multiLevelType w:val="multilevel"/>
    <w:tmpl w:val="7CB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C0316B"/>
    <w:multiLevelType w:val="multilevel"/>
    <w:tmpl w:val="462C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387637">
    <w:abstractNumId w:val="8"/>
  </w:num>
  <w:num w:numId="2" w16cid:durableId="1628779693">
    <w:abstractNumId w:val="6"/>
  </w:num>
  <w:num w:numId="3" w16cid:durableId="1017344929">
    <w:abstractNumId w:val="5"/>
  </w:num>
  <w:num w:numId="4" w16cid:durableId="829906555">
    <w:abstractNumId w:val="4"/>
  </w:num>
  <w:num w:numId="5" w16cid:durableId="1172573081">
    <w:abstractNumId w:val="7"/>
  </w:num>
  <w:num w:numId="6" w16cid:durableId="1148791165">
    <w:abstractNumId w:val="3"/>
  </w:num>
  <w:num w:numId="7" w16cid:durableId="2008635776">
    <w:abstractNumId w:val="2"/>
  </w:num>
  <w:num w:numId="8" w16cid:durableId="1772048143">
    <w:abstractNumId w:val="1"/>
  </w:num>
  <w:num w:numId="9" w16cid:durableId="457723201">
    <w:abstractNumId w:val="0"/>
  </w:num>
  <w:num w:numId="10" w16cid:durableId="1221088970">
    <w:abstractNumId w:val="10"/>
  </w:num>
  <w:num w:numId="11" w16cid:durableId="866915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44D4"/>
    <w:rsid w:val="0006063C"/>
    <w:rsid w:val="0010367C"/>
    <w:rsid w:val="0015074B"/>
    <w:rsid w:val="0029639D"/>
    <w:rsid w:val="002D1871"/>
    <w:rsid w:val="00326F90"/>
    <w:rsid w:val="003661E4"/>
    <w:rsid w:val="003960D8"/>
    <w:rsid w:val="00453633"/>
    <w:rsid w:val="004E0899"/>
    <w:rsid w:val="00520FFC"/>
    <w:rsid w:val="005726E6"/>
    <w:rsid w:val="0064110A"/>
    <w:rsid w:val="00681AF5"/>
    <w:rsid w:val="00742E89"/>
    <w:rsid w:val="00772C0F"/>
    <w:rsid w:val="007857D9"/>
    <w:rsid w:val="008131D0"/>
    <w:rsid w:val="00841DA9"/>
    <w:rsid w:val="008D1686"/>
    <w:rsid w:val="008F18C4"/>
    <w:rsid w:val="009233D4"/>
    <w:rsid w:val="00A3774C"/>
    <w:rsid w:val="00A94B26"/>
    <w:rsid w:val="00AA1D8D"/>
    <w:rsid w:val="00AB163D"/>
    <w:rsid w:val="00AF1BDB"/>
    <w:rsid w:val="00B057D9"/>
    <w:rsid w:val="00B05C45"/>
    <w:rsid w:val="00B47730"/>
    <w:rsid w:val="00B62789"/>
    <w:rsid w:val="00C215E8"/>
    <w:rsid w:val="00C2666A"/>
    <w:rsid w:val="00CB0664"/>
    <w:rsid w:val="00CE733D"/>
    <w:rsid w:val="00DB23FD"/>
    <w:rsid w:val="00DC4270"/>
    <w:rsid w:val="00E00621"/>
    <w:rsid w:val="00E1794D"/>
    <w:rsid w:val="00E207D2"/>
    <w:rsid w:val="00F279BD"/>
    <w:rsid w:val="00F868C7"/>
    <w:rsid w:val="00FA05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8ABF84"/>
  <w14:defaultImageDpi w14:val="300"/>
  <w15:docId w15:val="{458B0059-7B9C-4F21-BD48-BB78C2DF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742E8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742E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435959">
      <w:bodyDiv w:val="1"/>
      <w:marLeft w:val="0"/>
      <w:marRight w:val="0"/>
      <w:marTop w:val="0"/>
      <w:marBottom w:val="0"/>
      <w:divBdr>
        <w:top w:val="none" w:sz="0" w:space="0" w:color="auto"/>
        <w:left w:val="none" w:sz="0" w:space="0" w:color="auto"/>
        <w:bottom w:val="none" w:sz="0" w:space="0" w:color="auto"/>
        <w:right w:val="none" w:sz="0" w:space="0" w:color="auto"/>
      </w:divBdr>
    </w:div>
    <w:div w:id="408626083">
      <w:bodyDiv w:val="1"/>
      <w:marLeft w:val="0"/>
      <w:marRight w:val="0"/>
      <w:marTop w:val="0"/>
      <w:marBottom w:val="0"/>
      <w:divBdr>
        <w:top w:val="none" w:sz="0" w:space="0" w:color="auto"/>
        <w:left w:val="none" w:sz="0" w:space="0" w:color="auto"/>
        <w:bottom w:val="none" w:sz="0" w:space="0" w:color="auto"/>
        <w:right w:val="none" w:sz="0" w:space="0" w:color="auto"/>
      </w:divBdr>
    </w:div>
    <w:div w:id="1039402080">
      <w:bodyDiv w:val="1"/>
      <w:marLeft w:val="0"/>
      <w:marRight w:val="0"/>
      <w:marTop w:val="0"/>
      <w:marBottom w:val="0"/>
      <w:divBdr>
        <w:top w:val="none" w:sz="0" w:space="0" w:color="auto"/>
        <w:left w:val="none" w:sz="0" w:space="0" w:color="auto"/>
        <w:bottom w:val="none" w:sz="0" w:space="0" w:color="auto"/>
        <w:right w:val="none" w:sz="0" w:space="0" w:color="auto"/>
      </w:divBdr>
      <w:divsChild>
        <w:div w:id="1876695700">
          <w:marLeft w:val="0"/>
          <w:marRight w:val="0"/>
          <w:marTop w:val="0"/>
          <w:marBottom w:val="0"/>
          <w:divBdr>
            <w:top w:val="none" w:sz="0" w:space="0" w:color="auto"/>
            <w:left w:val="none" w:sz="0" w:space="0" w:color="auto"/>
            <w:bottom w:val="none" w:sz="0" w:space="0" w:color="auto"/>
            <w:right w:val="none" w:sz="0" w:space="0" w:color="auto"/>
          </w:divBdr>
          <w:divsChild>
            <w:div w:id="12866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53701">
      <w:bodyDiv w:val="1"/>
      <w:marLeft w:val="0"/>
      <w:marRight w:val="0"/>
      <w:marTop w:val="0"/>
      <w:marBottom w:val="0"/>
      <w:divBdr>
        <w:top w:val="none" w:sz="0" w:space="0" w:color="auto"/>
        <w:left w:val="none" w:sz="0" w:space="0" w:color="auto"/>
        <w:bottom w:val="none" w:sz="0" w:space="0" w:color="auto"/>
        <w:right w:val="none" w:sz="0" w:space="0" w:color="auto"/>
      </w:divBdr>
      <w:divsChild>
        <w:div w:id="1713724316">
          <w:marLeft w:val="0"/>
          <w:marRight w:val="0"/>
          <w:marTop w:val="0"/>
          <w:marBottom w:val="0"/>
          <w:divBdr>
            <w:top w:val="none" w:sz="0" w:space="0" w:color="auto"/>
            <w:left w:val="none" w:sz="0" w:space="0" w:color="auto"/>
            <w:bottom w:val="none" w:sz="0" w:space="0" w:color="auto"/>
            <w:right w:val="none" w:sz="0" w:space="0" w:color="auto"/>
          </w:divBdr>
          <w:divsChild>
            <w:div w:id="1766071184">
              <w:marLeft w:val="0"/>
              <w:marRight w:val="0"/>
              <w:marTop w:val="0"/>
              <w:marBottom w:val="0"/>
              <w:divBdr>
                <w:top w:val="none" w:sz="0" w:space="0" w:color="auto"/>
                <w:left w:val="none" w:sz="0" w:space="0" w:color="auto"/>
                <w:bottom w:val="none" w:sz="0" w:space="0" w:color="auto"/>
                <w:right w:val="none" w:sz="0" w:space="0" w:color="auto"/>
              </w:divBdr>
            </w:div>
          </w:divsChild>
        </w:div>
        <w:div w:id="1165634645">
          <w:marLeft w:val="0"/>
          <w:marRight w:val="0"/>
          <w:marTop w:val="0"/>
          <w:marBottom w:val="0"/>
          <w:divBdr>
            <w:top w:val="none" w:sz="0" w:space="0" w:color="auto"/>
            <w:left w:val="none" w:sz="0" w:space="0" w:color="auto"/>
            <w:bottom w:val="none" w:sz="0" w:space="0" w:color="auto"/>
            <w:right w:val="none" w:sz="0" w:space="0" w:color="auto"/>
          </w:divBdr>
          <w:divsChild>
            <w:div w:id="566034744">
              <w:marLeft w:val="0"/>
              <w:marRight w:val="0"/>
              <w:marTop w:val="0"/>
              <w:marBottom w:val="0"/>
              <w:divBdr>
                <w:top w:val="none" w:sz="0" w:space="0" w:color="auto"/>
                <w:left w:val="none" w:sz="0" w:space="0" w:color="auto"/>
                <w:bottom w:val="none" w:sz="0" w:space="0" w:color="auto"/>
                <w:right w:val="none" w:sz="0" w:space="0" w:color="auto"/>
              </w:divBdr>
            </w:div>
          </w:divsChild>
        </w:div>
        <w:div w:id="1050881175">
          <w:marLeft w:val="0"/>
          <w:marRight w:val="0"/>
          <w:marTop w:val="0"/>
          <w:marBottom w:val="0"/>
          <w:divBdr>
            <w:top w:val="none" w:sz="0" w:space="0" w:color="auto"/>
            <w:left w:val="none" w:sz="0" w:space="0" w:color="auto"/>
            <w:bottom w:val="none" w:sz="0" w:space="0" w:color="auto"/>
            <w:right w:val="none" w:sz="0" w:space="0" w:color="auto"/>
          </w:divBdr>
          <w:divsChild>
            <w:div w:id="894779134">
              <w:marLeft w:val="0"/>
              <w:marRight w:val="0"/>
              <w:marTop w:val="0"/>
              <w:marBottom w:val="0"/>
              <w:divBdr>
                <w:top w:val="none" w:sz="0" w:space="0" w:color="auto"/>
                <w:left w:val="none" w:sz="0" w:space="0" w:color="auto"/>
                <w:bottom w:val="none" w:sz="0" w:space="0" w:color="auto"/>
                <w:right w:val="none" w:sz="0" w:space="0" w:color="auto"/>
              </w:divBdr>
            </w:div>
          </w:divsChild>
        </w:div>
        <w:div w:id="974262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655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2528</Words>
  <Characters>14415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Randy Reed</cp:lastModifiedBy>
  <cp:revision>20</cp:revision>
  <cp:lastPrinted>2026-07-28T18:11:00Z</cp:lastPrinted>
  <dcterms:created xsi:type="dcterms:W3CDTF">2026-07-27T20:52:00Z</dcterms:created>
  <dcterms:modified xsi:type="dcterms:W3CDTF">2026-07-28T18:18:00Z</dcterms:modified>
  <cp:category/>
</cp:coreProperties>
</file>